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7F9BF" w14:textId="060687EC" w:rsidR="00D059E4" w:rsidRDefault="00B15C83" w:rsidP="000C2CE5">
      <w:pPr>
        <w:pStyle w:val="Title"/>
        <w:spacing w:after="120"/>
        <w:jc w:val="center"/>
      </w:pPr>
      <w:r w:rsidRPr="00EC465E">
        <w:rPr>
          <w:rFonts w:ascii="Arial" w:hAnsi="Arial"/>
          <w:b/>
          <w:noProof/>
          <w:color w:val="2C3E5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F14D341" wp14:editId="68D0F875">
                <wp:simplePos x="0" y="0"/>
                <wp:positionH relativeFrom="column">
                  <wp:posOffset>3810</wp:posOffset>
                </wp:positionH>
                <wp:positionV relativeFrom="paragraph">
                  <wp:posOffset>619125</wp:posOffset>
                </wp:positionV>
                <wp:extent cx="6334125" cy="1704975"/>
                <wp:effectExtent l="19050" t="19050" r="28575" b="28575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D5CB43-F5BA-4729-B537-005FC7AEF32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1704975"/>
                        </a:xfrm>
                        <a:prstGeom prst="flowChartAlternateProcess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sX0" fmla="*/ 0 w 6334125"/>
                                    <a:gd name="csY0" fmla="*/ 0 h 1485900"/>
                                    <a:gd name="csX1" fmla="*/ 702512 w 6334125"/>
                                    <a:gd name="csY1" fmla="*/ 0 h 1485900"/>
                                    <a:gd name="csX2" fmla="*/ 1405024 w 6334125"/>
                                    <a:gd name="csY2" fmla="*/ 0 h 1485900"/>
                                    <a:gd name="csX3" fmla="*/ 1980854 w 6334125"/>
                                    <a:gd name="csY3" fmla="*/ 0 h 1485900"/>
                                    <a:gd name="csX4" fmla="*/ 2620024 w 6334125"/>
                                    <a:gd name="csY4" fmla="*/ 0 h 1485900"/>
                                    <a:gd name="csX5" fmla="*/ 3132513 w 6334125"/>
                                    <a:gd name="csY5" fmla="*/ 0 h 1485900"/>
                                    <a:gd name="csX6" fmla="*/ 3708342 w 6334125"/>
                                    <a:gd name="csY6" fmla="*/ 0 h 1485900"/>
                                    <a:gd name="csX7" fmla="*/ 4410854 w 6334125"/>
                                    <a:gd name="csY7" fmla="*/ 0 h 1485900"/>
                                    <a:gd name="csX8" fmla="*/ 4860001 w 6334125"/>
                                    <a:gd name="csY8" fmla="*/ 0 h 1485900"/>
                                    <a:gd name="csX9" fmla="*/ 5499172 w 6334125"/>
                                    <a:gd name="csY9" fmla="*/ 0 h 1485900"/>
                                    <a:gd name="csX10" fmla="*/ 6334125 w 6334125"/>
                                    <a:gd name="csY10" fmla="*/ 0 h 1485900"/>
                                    <a:gd name="csX11" fmla="*/ 6334125 w 6334125"/>
                                    <a:gd name="csY11" fmla="*/ 495300 h 1485900"/>
                                    <a:gd name="csX12" fmla="*/ 6334125 w 6334125"/>
                                    <a:gd name="csY12" fmla="*/ 990600 h 1485900"/>
                                    <a:gd name="csX13" fmla="*/ 6334125 w 6334125"/>
                                    <a:gd name="csY13" fmla="*/ 1485900 h 1485900"/>
                                    <a:gd name="csX14" fmla="*/ 5631613 w 6334125"/>
                                    <a:gd name="csY14" fmla="*/ 1485900 h 1485900"/>
                                    <a:gd name="csX15" fmla="*/ 5055783 w 6334125"/>
                                    <a:gd name="csY15" fmla="*/ 1485900 h 1485900"/>
                                    <a:gd name="csX16" fmla="*/ 4479954 w 6334125"/>
                                    <a:gd name="csY16" fmla="*/ 1485900 h 1485900"/>
                                    <a:gd name="csX17" fmla="*/ 3904124 w 6334125"/>
                                    <a:gd name="csY17" fmla="*/ 1485900 h 1485900"/>
                                    <a:gd name="csX18" fmla="*/ 3328295 w 6334125"/>
                                    <a:gd name="csY18" fmla="*/ 1485900 h 1485900"/>
                                    <a:gd name="csX19" fmla="*/ 2815806 w 6334125"/>
                                    <a:gd name="csY19" fmla="*/ 1485900 h 1485900"/>
                                    <a:gd name="csX20" fmla="*/ 2176636 w 6334125"/>
                                    <a:gd name="csY20" fmla="*/ 1485900 h 1485900"/>
                                    <a:gd name="csX21" fmla="*/ 1600806 w 6334125"/>
                                    <a:gd name="csY21" fmla="*/ 1485900 h 1485900"/>
                                    <a:gd name="csX22" fmla="*/ 898294 w 6334125"/>
                                    <a:gd name="csY22" fmla="*/ 1485900 h 1485900"/>
                                    <a:gd name="csX23" fmla="*/ 0 w 6334125"/>
                                    <a:gd name="csY23" fmla="*/ 1485900 h 1485900"/>
                                    <a:gd name="csX24" fmla="*/ 0 w 6334125"/>
                                    <a:gd name="csY24" fmla="*/ 975741 h 1485900"/>
                                    <a:gd name="csX25" fmla="*/ 0 w 6334125"/>
                                    <a:gd name="csY25" fmla="*/ 480441 h 1485900"/>
                                    <a:gd name="csX26" fmla="*/ 0 w 6334125"/>
                                    <a:gd name="csY26" fmla="*/ 0 h 14859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  <a:cxn ang="0">
                                      <a:pos x="csX5" y="csY5"/>
                                    </a:cxn>
                                    <a:cxn ang="0">
                                      <a:pos x="csX6" y="csY6"/>
                                    </a:cxn>
                                    <a:cxn ang="0">
                                      <a:pos x="csX7" y="csY7"/>
                                    </a:cxn>
                                    <a:cxn ang="0">
                                      <a:pos x="csX8" y="csY8"/>
                                    </a:cxn>
                                    <a:cxn ang="0">
                                      <a:pos x="csX9" y="csY9"/>
                                    </a:cxn>
                                    <a:cxn ang="0">
                                      <a:pos x="csX10" y="csY10"/>
                                    </a:cxn>
                                    <a:cxn ang="0">
                                      <a:pos x="csX11" y="csY11"/>
                                    </a:cxn>
                                    <a:cxn ang="0">
                                      <a:pos x="csX12" y="csY12"/>
                                    </a:cxn>
                                    <a:cxn ang="0">
                                      <a:pos x="csX13" y="csY13"/>
                                    </a:cxn>
                                    <a:cxn ang="0">
                                      <a:pos x="csX14" y="csY14"/>
                                    </a:cxn>
                                    <a:cxn ang="0">
                                      <a:pos x="csX15" y="csY15"/>
                                    </a:cxn>
                                    <a:cxn ang="0">
                                      <a:pos x="csX16" y="csY16"/>
                                    </a:cxn>
                                    <a:cxn ang="0">
                                      <a:pos x="csX17" y="csY17"/>
                                    </a:cxn>
                                    <a:cxn ang="0">
                                      <a:pos x="csX18" y="csY18"/>
                                    </a:cxn>
                                    <a:cxn ang="0">
                                      <a:pos x="csX19" y="csY19"/>
                                    </a:cxn>
                                    <a:cxn ang="0">
                                      <a:pos x="csX20" y="csY20"/>
                                    </a:cxn>
                                    <a:cxn ang="0">
                                      <a:pos x="csX21" y="csY21"/>
                                    </a:cxn>
                                    <a:cxn ang="0">
                                      <a:pos x="csX22" y="csY22"/>
                                    </a:cxn>
                                    <a:cxn ang="0">
                                      <a:pos x="csX23" y="csY23"/>
                                    </a:cxn>
                                    <a:cxn ang="0">
                                      <a:pos x="csX24" y="csY24"/>
                                    </a:cxn>
                                    <a:cxn ang="0">
                                      <a:pos x="csX25" y="csY25"/>
                                    </a:cxn>
                                    <a:cxn ang="0">
                                      <a:pos x="csX26" y="csY26"/>
                                    </a:cxn>
                                  </a:cxnLst>
                                  <a:rect l="l" t="t" r="r" b="b"/>
                                  <a:pathLst>
                                    <a:path w="6334125" h="148590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07607" y="-7"/>
                                        <a:pt x="531219" y="15107"/>
                                        <a:pt x="702512" y="0"/>
                                      </a:cubicBezTo>
                                      <a:cubicBezTo>
                                        <a:pt x="873805" y="-15107"/>
                                        <a:pt x="1087483" y="65780"/>
                                        <a:pt x="1405024" y="0"/>
                                      </a:cubicBezTo>
                                      <a:cubicBezTo>
                                        <a:pt x="1722565" y="-65780"/>
                                        <a:pt x="1813767" y="6681"/>
                                        <a:pt x="1980854" y="0"/>
                                      </a:cubicBezTo>
                                      <a:cubicBezTo>
                                        <a:pt x="2147941" y="-6681"/>
                                        <a:pt x="2361500" y="29019"/>
                                        <a:pt x="2620024" y="0"/>
                                      </a:cubicBezTo>
                                      <a:cubicBezTo>
                                        <a:pt x="2878548" y="-29019"/>
                                        <a:pt x="2915108" y="23756"/>
                                        <a:pt x="3132513" y="0"/>
                                      </a:cubicBezTo>
                                      <a:cubicBezTo>
                                        <a:pt x="3349918" y="-23756"/>
                                        <a:pt x="3513066" y="4296"/>
                                        <a:pt x="3708342" y="0"/>
                                      </a:cubicBezTo>
                                      <a:cubicBezTo>
                                        <a:pt x="3903618" y="-4296"/>
                                        <a:pt x="4183557" y="79209"/>
                                        <a:pt x="4410854" y="0"/>
                                      </a:cubicBezTo>
                                      <a:cubicBezTo>
                                        <a:pt x="4638151" y="-79209"/>
                                        <a:pt x="4640518" y="30441"/>
                                        <a:pt x="4860001" y="0"/>
                                      </a:cubicBezTo>
                                      <a:cubicBezTo>
                                        <a:pt x="5079484" y="-30441"/>
                                        <a:pt x="5275656" y="50320"/>
                                        <a:pt x="5499172" y="0"/>
                                      </a:cubicBezTo>
                                      <a:cubicBezTo>
                                        <a:pt x="5722688" y="-50320"/>
                                        <a:pt x="5991716" y="99579"/>
                                        <a:pt x="6334125" y="0"/>
                                      </a:cubicBezTo>
                                      <a:cubicBezTo>
                                        <a:pt x="6362623" y="164414"/>
                                        <a:pt x="6320063" y="293930"/>
                                        <a:pt x="6334125" y="495300"/>
                                      </a:cubicBezTo>
                                      <a:cubicBezTo>
                                        <a:pt x="6348187" y="696670"/>
                                        <a:pt x="6324561" y="762087"/>
                                        <a:pt x="6334125" y="990600"/>
                                      </a:cubicBezTo>
                                      <a:cubicBezTo>
                                        <a:pt x="6343689" y="1219113"/>
                                        <a:pt x="6288438" y="1247726"/>
                                        <a:pt x="6334125" y="1485900"/>
                                      </a:cubicBezTo>
                                      <a:cubicBezTo>
                                        <a:pt x="6191574" y="1504110"/>
                                        <a:pt x="5926487" y="1455149"/>
                                        <a:pt x="5631613" y="1485900"/>
                                      </a:cubicBezTo>
                                      <a:cubicBezTo>
                                        <a:pt x="5336739" y="1516651"/>
                                        <a:pt x="5248737" y="1467424"/>
                                        <a:pt x="5055783" y="1485900"/>
                                      </a:cubicBezTo>
                                      <a:cubicBezTo>
                                        <a:pt x="4862829" y="1504376"/>
                                        <a:pt x="4664087" y="1449202"/>
                                        <a:pt x="4479954" y="1485900"/>
                                      </a:cubicBezTo>
                                      <a:cubicBezTo>
                                        <a:pt x="4295821" y="1522598"/>
                                        <a:pt x="4055051" y="1422972"/>
                                        <a:pt x="3904124" y="1485900"/>
                                      </a:cubicBezTo>
                                      <a:cubicBezTo>
                                        <a:pt x="3753197" y="1548828"/>
                                        <a:pt x="3504395" y="1431490"/>
                                        <a:pt x="3328295" y="1485900"/>
                                      </a:cubicBezTo>
                                      <a:cubicBezTo>
                                        <a:pt x="3152195" y="1540310"/>
                                        <a:pt x="2993844" y="1436953"/>
                                        <a:pt x="2815806" y="1485900"/>
                                      </a:cubicBezTo>
                                      <a:cubicBezTo>
                                        <a:pt x="2637768" y="1534847"/>
                                        <a:pt x="2403242" y="1444876"/>
                                        <a:pt x="2176636" y="1485900"/>
                                      </a:cubicBezTo>
                                      <a:cubicBezTo>
                                        <a:pt x="1950030" y="1526924"/>
                                        <a:pt x="1839689" y="1468783"/>
                                        <a:pt x="1600806" y="1485900"/>
                                      </a:cubicBezTo>
                                      <a:cubicBezTo>
                                        <a:pt x="1361923" y="1503017"/>
                                        <a:pt x="1091537" y="1435243"/>
                                        <a:pt x="898294" y="1485900"/>
                                      </a:cubicBezTo>
                                      <a:cubicBezTo>
                                        <a:pt x="705051" y="1536557"/>
                                        <a:pt x="252900" y="1441387"/>
                                        <a:pt x="0" y="1485900"/>
                                      </a:cubicBezTo>
                                      <a:cubicBezTo>
                                        <a:pt x="-45599" y="1263535"/>
                                        <a:pt x="43931" y="1197878"/>
                                        <a:pt x="0" y="975741"/>
                                      </a:cubicBezTo>
                                      <a:cubicBezTo>
                                        <a:pt x="-43931" y="753604"/>
                                        <a:pt x="7921" y="650248"/>
                                        <a:pt x="0" y="480441"/>
                                      </a:cubicBezTo>
                                      <a:cubicBezTo>
                                        <a:pt x="-7921" y="310634"/>
                                        <a:pt x="22097" y="169111"/>
                                        <a:pt x="0" y="0"/>
                                      </a:cubicBezTo>
                                      <a:close/>
                                    </a:path>
                                    <a:path w="6334125" h="148590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0992" y="-48184"/>
                                        <a:pt x="257124" y="49951"/>
                                        <a:pt x="512488" y="0"/>
                                      </a:cubicBezTo>
                                      <a:cubicBezTo>
                                        <a:pt x="767852" y="-49951"/>
                                        <a:pt x="817543" y="19935"/>
                                        <a:pt x="898294" y="0"/>
                                      </a:cubicBezTo>
                                      <a:cubicBezTo>
                                        <a:pt x="979045" y="-19935"/>
                                        <a:pt x="1254290" y="57131"/>
                                        <a:pt x="1600806" y="0"/>
                                      </a:cubicBezTo>
                                      <a:cubicBezTo>
                                        <a:pt x="1947322" y="-57131"/>
                                        <a:pt x="2000577" y="50562"/>
                                        <a:pt x="2113294" y="0"/>
                                      </a:cubicBezTo>
                                      <a:cubicBezTo>
                                        <a:pt x="2226011" y="-50562"/>
                                        <a:pt x="2401087" y="54376"/>
                                        <a:pt x="2625783" y="0"/>
                                      </a:cubicBezTo>
                                      <a:cubicBezTo>
                                        <a:pt x="2850479" y="-54376"/>
                                        <a:pt x="3073116" y="19084"/>
                                        <a:pt x="3328295" y="0"/>
                                      </a:cubicBezTo>
                                      <a:cubicBezTo>
                                        <a:pt x="3583474" y="-19084"/>
                                        <a:pt x="3611520" y="1912"/>
                                        <a:pt x="3777442" y="0"/>
                                      </a:cubicBezTo>
                                      <a:cubicBezTo>
                                        <a:pt x="3943364" y="-1912"/>
                                        <a:pt x="4276406" y="16995"/>
                                        <a:pt x="4479954" y="0"/>
                                      </a:cubicBezTo>
                                      <a:cubicBezTo>
                                        <a:pt x="4683502" y="-16995"/>
                                        <a:pt x="4846542" y="30350"/>
                                        <a:pt x="5182466" y="0"/>
                                      </a:cubicBezTo>
                                      <a:cubicBezTo>
                                        <a:pt x="5518390" y="-30350"/>
                                        <a:pt x="5540533" y="57595"/>
                                        <a:pt x="5758295" y="0"/>
                                      </a:cubicBezTo>
                                      <a:cubicBezTo>
                                        <a:pt x="5976057" y="-57595"/>
                                        <a:pt x="6139763" y="66225"/>
                                        <a:pt x="6334125" y="0"/>
                                      </a:cubicBezTo>
                                      <a:cubicBezTo>
                                        <a:pt x="6383423" y="155920"/>
                                        <a:pt x="6314411" y="275962"/>
                                        <a:pt x="6334125" y="480441"/>
                                      </a:cubicBezTo>
                                      <a:cubicBezTo>
                                        <a:pt x="6353839" y="684920"/>
                                        <a:pt x="6301829" y="724995"/>
                                        <a:pt x="6334125" y="931164"/>
                                      </a:cubicBezTo>
                                      <a:cubicBezTo>
                                        <a:pt x="6366421" y="1137333"/>
                                        <a:pt x="6272612" y="1282298"/>
                                        <a:pt x="6334125" y="1485900"/>
                                      </a:cubicBezTo>
                                      <a:cubicBezTo>
                                        <a:pt x="6183838" y="1524895"/>
                                        <a:pt x="5989575" y="1472615"/>
                                        <a:pt x="5758295" y="1485900"/>
                                      </a:cubicBezTo>
                                      <a:cubicBezTo>
                                        <a:pt x="5527015" y="1499185"/>
                                        <a:pt x="5433036" y="1430586"/>
                                        <a:pt x="5182466" y="1485900"/>
                                      </a:cubicBezTo>
                                      <a:cubicBezTo>
                                        <a:pt x="4931896" y="1541214"/>
                                        <a:pt x="4760935" y="1426676"/>
                                        <a:pt x="4479954" y="1485900"/>
                                      </a:cubicBezTo>
                                      <a:cubicBezTo>
                                        <a:pt x="4198973" y="1545124"/>
                                        <a:pt x="4151057" y="1474910"/>
                                        <a:pt x="3904124" y="1485900"/>
                                      </a:cubicBezTo>
                                      <a:cubicBezTo>
                                        <a:pt x="3657191" y="1496890"/>
                                        <a:pt x="3693753" y="1458867"/>
                                        <a:pt x="3518319" y="1485900"/>
                                      </a:cubicBezTo>
                                      <a:cubicBezTo>
                                        <a:pt x="3342885" y="1512933"/>
                                        <a:pt x="3242693" y="1473934"/>
                                        <a:pt x="3069171" y="1485900"/>
                                      </a:cubicBezTo>
                                      <a:cubicBezTo>
                                        <a:pt x="2895649" y="1497866"/>
                                        <a:pt x="2565112" y="1405226"/>
                                        <a:pt x="2366659" y="1485900"/>
                                      </a:cubicBezTo>
                                      <a:cubicBezTo>
                                        <a:pt x="2168206" y="1566574"/>
                                        <a:pt x="1957714" y="1435414"/>
                                        <a:pt x="1790830" y="1485900"/>
                                      </a:cubicBezTo>
                                      <a:cubicBezTo>
                                        <a:pt x="1623946" y="1536386"/>
                                        <a:pt x="1432567" y="1440771"/>
                                        <a:pt x="1341683" y="1485900"/>
                                      </a:cubicBezTo>
                                      <a:cubicBezTo>
                                        <a:pt x="1250799" y="1531029"/>
                                        <a:pt x="970884" y="1464114"/>
                                        <a:pt x="765853" y="1485900"/>
                                      </a:cubicBezTo>
                                      <a:cubicBezTo>
                                        <a:pt x="560822" y="1507686"/>
                                        <a:pt x="286319" y="1428076"/>
                                        <a:pt x="0" y="1485900"/>
                                      </a:cubicBezTo>
                                      <a:cubicBezTo>
                                        <a:pt x="-36830" y="1338610"/>
                                        <a:pt x="47391" y="1159672"/>
                                        <a:pt x="0" y="1035177"/>
                                      </a:cubicBezTo>
                                      <a:cubicBezTo>
                                        <a:pt x="-47391" y="910682"/>
                                        <a:pt x="9134" y="740604"/>
                                        <a:pt x="0" y="525018"/>
                                      </a:cubicBezTo>
                                      <a:cubicBezTo>
                                        <a:pt x="-9134" y="309432"/>
                                        <a:pt x="12601" y="11254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41DE70C" w14:textId="1AB956E6" w:rsidR="00B15C83" w:rsidRDefault="00B15C83" w:rsidP="00EC465E">
                            <w:pPr>
                              <w:spacing w:after="120" w:line="240" w:lineRule="auto"/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</w:pPr>
                            <w:r w:rsidRPr="00734425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>We often hear the statement: “Managing our mental health is as important as managing what we eat</w:t>
                            </w:r>
                            <w:r w:rsidR="00C231FD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 xml:space="preserve"> and</w:t>
                            </w:r>
                            <w:r w:rsidRPr="00734425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 xml:space="preserve"> looking after our physical body”.  It’s true! However, when we are having tough days, we can begin to feel pretty down and overwhelmed</w:t>
                            </w:r>
                            <w:r w:rsidR="00C231FD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 xml:space="preserve">, so </w:t>
                            </w:r>
                            <w:r w:rsidR="005E0950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>keeping on top of our mental health is also important.</w:t>
                            </w:r>
                          </w:p>
                          <w:p w14:paraId="2A357F84" w14:textId="77777777" w:rsidR="00B15C83" w:rsidRPr="000E488A" w:rsidRDefault="00B15C83" w:rsidP="000E488A">
                            <w:pPr>
                              <w:spacing w:after="0" w:line="240" w:lineRule="auto"/>
                              <w:rPr>
                                <w:rFonts w:ascii="Arial" w:hAnsi="Arial"/>
                                <w:b/>
                                <w:color w:val="2C3E50"/>
                                <w:sz w:val="10"/>
                                <w:szCs w:val="10"/>
                              </w:rPr>
                            </w:pPr>
                          </w:p>
                          <w:p w14:paraId="6169C1B8" w14:textId="77777777" w:rsidR="00B15C83" w:rsidRPr="00A13764" w:rsidRDefault="00B15C83" w:rsidP="00EC465E">
                            <w:pPr>
                              <w:tabs>
                                <w:tab w:val="left" w:pos="-142"/>
                              </w:tabs>
                              <w:spacing w:after="120" w:line="240" w:lineRule="auto"/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</w:pPr>
                            <w:r w:rsidRPr="00734425">
                              <w:rPr>
                                <w:rFonts w:ascii="Arial" w:hAnsi="Arial"/>
                                <w:bCs/>
                                <w:color w:val="2C3E50"/>
                              </w:rPr>
                              <w:t>Understanding ourselves and recognising what makes things better or worse is the first step in doing that.  Below is a plan that can help remind yourself of what can help and what steps you can take to feel better.  Fill it in on a day you are feeling good and put it somewhere where you will find it.</w:t>
                            </w:r>
                          </w:p>
                          <w:p w14:paraId="313996B9" w14:textId="77777777" w:rsidR="00B15C83" w:rsidRDefault="00B15C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14D34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Text Box 2" o:spid="_x0000_s1026" type="#_x0000_t176" style="position:absolute;left:0;text-align:left;margin-left:.3pt;margin-top:48.75pt;width:498.75pt;height:134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" fillcolor="#e5dfec [663]" strokecolor="black [3213]" strokeweight="2.25pt">
                <v:textbox>
                  <w:txbxContent>
                    <w:p w14:paraId="241DE70C" w14:textId="1AB956E6" w:rsidR="00B15C83" w:rsidRDefault="00B15C83" w:rsidP="00EC465E">
                      <w:pPr>
                        <w:spacing w:after="120" w:line="240" w:lineRule="auto"/>
                        <w:rPr>
                          <w:rFonts w:ascii="Arial" w:hAnsi="Arial"/>
                          <w:bCs/>
                          <w:color w:val="2C3E50"/>
                        </w:rPr>
                      </w:pPr>
                      <w:r w:rsidRPr="00734425">
                        <w:rPr>
                          <w:rFonts w:ascii="Arial" w:hAnsi="Arial"/>
                          <w:bCs/>
                          <w:color w:val="2C3E50"/>
                        </w:rPr>
                        <w:t>We often hear the statement: “Managing our mental health is as important as managing what we eat</w:t>
                      </w:r>
                      <w:r w:rsidR="00C231FD">
                        <w:rPr>
                          <w:rFonts w:ascii="Arial" w:hAnsi="Arial"/>
                          <w:bCs/>
                          <w:color w:val="2C3E50"/>
                        </w:rPr>
                        <w:t xml:space="preserve"> and</w:t>
                      </w:r>
                      <w:r w:rsidRPr="00734425">
                        <w:rPr>
                          <w:rFonts w:ascii="Arial" w:hAnsi="Arial"/>
                          <w:bCs/>
                          <w:color w:val="2C3E50"/>
                        </w:rPr>
                        <w:t xml:space="preserve"> looking after our physical body”.  It’s true! However, when we are having tough days, we can begin to feel pretty down and overwhelmed</w:t>
                      </w:r>
                      <w:r w:rsidR="00C231FD">
                        <w:rPr>
                          <w:rFonts w:ascii="Arial" w:hAnsi="Arial"/>
                          <w:bCs/>
                          <w:color w:val="2C3E50"/>
                        </w:rPr>
                        <w:t xml:space="preserve">, so </w:t>
                      </w:r>
                      <w:r w:rsidR="005E0950">
                        <w:rPr>
                          <w:rFonts w:ascii="Arial" w:hAnsi="Arial"/>
                          <w:bCs/>
                          <w:color w:val="2C3E50"/>
                        </w:rPr>
                        <w:t>keeping on top of our mental health is also important.</w:t>
                      </w:r>
                    </w:p>
                    <w:p w14:paraId="2A357F84" w14:textId="77777777" w:rsidR="00B15C83" w:rsidRPr="000E488A" w:rsidRDefault="00B15C83" w:rsidP="000E488A">
                      <w:pPr>
                        <w:spacing w:after="0" w:line="240" w:lineRule="auto"/>
                        <w:rPr>
                          <w:rFonts w:ascii="Arial" w:hAnsi="Arial"/>
                          <w:b/>
                          <w:color w:val="2C3E50"/>
                          <w:sz w:val="10"/>
                          <w:szCs w:val="10"/>
                        </w:rPr>
                      </w:pPr>
                    </w:p>
                    <w:p w14:paraId="6169C1B8" w14:textId="77777777" w:rsidR="00B15C83" w:rsidRPr="00A13764" w:rsidRDefault="00B15C83" w:rsidP="00EC465E">
                      <w:pPr>
                        <w:tabs>
                          <w:tab w:val="left" w:pos="-142"/>
                        </w:tabs>
                        <w:spacing w:after="120" w:line="240" w:lineRule="auto"/>
                        <w:rPr>
                          <w:rFonts w:ascii="Arial" w:hAnsi="Arial"/>
                          <w:bCs/>
                          <w:color w:val="2C3E50"/>
                        </w:rPr>
                      </w:pPr>
                      <w:r w:rsidRPr="00734425">
                        <w:rPr>
                          <w:rFonts w:ascii="Arial" w:hAnsi="Arial"/>
                          <w:bCs/>
                          <w:color w:val="2C3E50"/>
                        </w:rPr>
                        <w:t>Understanding ourselves and recognising what makes things better or worse is the first step in doing that.  Below is a plan that can help remind yourself of what can help and what steps you can take to feel better.  Fill it in on a day you are feeling good and put it somewhere where you will find it.</w:t>
                      </w:r>
                    </w:p>
                    <w:p w14:paraId="313996B9" w14:textId="77777777" w:rsidR="00B15C83" w:rsidRDefault="00B15C83"/>
                  </w:txbxContent>
                </v:textbox>
                <w10:wrap type="square"/>
              </v:shape>
            </w:pict>
          </mc:Fallback>
        </mc:AlternateContent>
      </w:r>
      <w:r w:rsidRPr="00A758CA">
        <w:rPr>
          <w:rFonts w:ascii="Cavolini" w:hAnsi="Cavolini" w:cs="Cavolini"/>
          <w:b/>
          <w:color w:val="5F497A" w:themeColor="accent4" w:themeShade="BF"/>
          <w:sz w:val="40"/>
          <w:szCs w:val="40"/>
        </w:rPr>
        <w:t xml:space="preserve">Looking after </w:t>
      </w:r>
      <w:r w:rsidR="002D4DD9">
        <w:rPr>
          <w:rFonts w:ascii="Cavolini" w:hAnsi="Cavolini" w:cs="Cavolini"/>
          <w:b/>
          <w:color w:val="5F497A" w:themeColor="accent4" w:themeShade="BF"/>
          <w:sz w:val="40"/>
          <w:szCs w:val="40"/>
        </w:rPr>
        <w:t>my</w:t>
      </w:r>
      <w:r w:rsidRPr="00A758CA">
        <w:rPr>
          <w:rFonts w:ascii="Cavolini" w:hAnsi="Cavolini" w:cs="Cavolini"/>
          <w:b/>
          <w:color w:val="5F497A" w:themeColor="accent4" w:themeShade="BF"/>
          <w:sz w:val="40"/>
          <w:szCs w:val="40"/>
        </w:rPr>
        <w:t xml:space="preserve"> Mental Health</w:t>
      </w:r>
    </w:p>
    <w:p w14:paraId="44E1D5A1" w14:textId="1ED7F11F" w:rsidR="00D059E4" w:rsidRDefault="00B15C83">
      <w:pPr>
        <w:pStyle w:val="Subtitle"/>
        <w:spacing w:after="160"/>
        <w:jc w:val="center"/>
      </w:pPr>
      <w:r w:rsidRPr="00B4340C">
        <w:rPr>
          <w:rFonts w:ascii="Cavolini" w:hAnsi="Cavolini" w:cs="Cavolini"/>
          <w:b/>
          <w:color w:val="5F497A" w:themeColor="accent4" w:themeShade="BF"/>
          <w:sz w:val="36"/>
          <w:szCs w:val="36"/>
        </w:rPr>
        <w:t xml:space="preserve">Steps to looking after my </w:t>
      </w:r>
      <w:r w:rsidR="002D4DD9">
        <w:rPr>
          <w:rFonts w:ascii="Cavolini" w:hAnsi="Cavolini" w:cs="Cavolini"/>
          <w:b/>
          <w:color w:val="5F497A" w:themeColor="accent4" w:themeShade="BF"/>
          <w:sz w:val="36"/>
          <w:szCs w:val="36"/>
        </w:rPr>
        <w:t>M</w:t>
      </w:r>
      <w:r w:rsidRPr="00B4340C">
        <w:rPr>
          <w:rFonts w:ascii="Cavolini" w:hAnsi="Cavolini" w:cs="Cavolini"/>
          <w:b/>
          <w:color w:val="5F497A" w:themeColor="accent4" w:themeShade="BF"/>
          <w:sz w:val="36"/>
          <w:szCs w:val="36"/>
        </w:rPr>
        <w:t xml:space="preserve">ental </w:t>
      </w:r>
      <w:r w:rsidR="002D4DD9">
        <w:rPr>
          <w:rFonts w:ascii="Cavolini" w:hAnsi="Cavolini" w:cs="Cavolini"/>
          <w:b/>
          <w:color w:val="5F497A" w:themeColor="accent4" w:themeShade="BF"/>
          <w:sz w:val="36"/>
          <w:szCs w:val="36"/>
        </w:rPr>
        <w:t>H</w:t>
      </w:r>
      <w:r w:rsidRPr="00B4340C">
        <w:rPr>
          <w:rFonts w:ascii="Cavolini" w:hAnsi="Cavolini" w:cs="Cavolini"/>
          <w:b/>
          <w:color w:val="5F497A" w:themeColor="accent4" w:themeShade="BF"/>
          <w:sz w:val="36"/>
          <w:szCs w:val="36"/>
        </w:rPr>
        <w:t>ealth</w:t>
      </w:r>
    </w:p>
    <w:p w14:paraId="21EDAE0F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 xml:space="preserve">What’s important to me and what keeps me going </w:t>
      </w:r>
    </w:p>
    <w:p w14:paraId="7E000989" w14:textId="3B3B4990" w:rsidR="007067E2" w:rsidRDefault="00B12F83" w:rsidP="00CA7FA6">
      <w:pPr>
        <w:spacing w:after="0" w:line="240" w:lineRule="auto"/>
        <w:ind w:firstLine="284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Things</w:t>
      </w:r>
      <w:r w:rsidR="002A2AE7" w:rsidRPr="00845D01">
        <w:rPr>
          <w:rFonts w:asciiTheme="majorHAnsi" w:hAnsiTheme="majorHAnsi" w:cstheme="majorHAnsi"/>
          <w:i/>
          <w:color w:val="7F8C8D"/>
        </w:rPr>
        <w:t xml:space="preserve"> that remind me that I’ve got this and </w:t>
      </w:r>
      <w:r w:rsidR="00CF727B" w:rsidRPr="00845D01">
        <w:rPr>
          <w:rFonts w:asciiTheme="majorHAnsi" w:hAnsiTheme="majorHAnsi" w:cstheme="majorHAnsi"/>
          <w:i/>
          <w:color w:val="7F8C8D"/>
        </w:rPr>
        <w:t>it’s</w:t>
      </w:r>
      <w:r w:rsidR="002A2AE7" w:rsidRPr="00845D01">
        <w:rPr>
          <w:rFonts w:asciiTheme="majorHAnsi" w:hAnsiTheme="majorHAnsi" w:cstheme="majorHAnsi"/>
          <w:i/>
          <w:color w:val="7F8C8D"/>
        </w:rPr>
        <w:t xml:space="preserve"> worth pushing throug</w:t>
      </w:r>
      <w:r w:rsidR="007067E2" w:rsidRPr="00845D01">
        <w:rPr>
          <w:rFonts w:asciiTheme="majorHAnsi" w:hAnsiTheme="majorHAnsi" w:cstheme="majorHAnsi"/>
          <w:i/>
          <w:color w:val="7F8C8D"/>
        </w:rPr>
        <w:t>h for</w:t>
      </w:r>
      <w:r w:rsidR="00E317E9">
        <w:rPr>
          <w:rFonts w:asciiTheme="majorHAnsi" w:hAnsiTheme="majorHAnsi" w:cstheme="majorHAnsi"/>
          <w:i/>
          <w:color w:val="7F8C8D"/>
        </w:rPr>
        <w:t>:</w:t>
      </w:r>
    </w:p>
    <w:p w14:paraId="5C04903B" w14:textId="77777777" w:rsidR="00E317E9" w:rsidRPr="00845D01" w:rsidRDefault="00E317E9" w:rsidP="00CA7FA6">
      <w:pPr>
        <w:spacing w:after="0" w:line="240" w:lineRule="auto"/>
        <w:ind w:firstLine="284"/>
        <w:rPr>
          <w:rFonts w:asciiTheme="majorHAnsi" w:hAnsiTheme="majorHAnsi" w:cstheme="majorHAnsi"/>
          <w:i/>
          <w:color w:val="7F8C8D"/>
        </w:rPr>
      </w:pPr>
    </w:p>
    <w:p w14:paraId="07A4DD19" w14:textId="75A04D5A" w:rsidR="00A26EF2" w:rsidRPr="00845D01" w:rsidRDefault="00BB621D" w:rsidP="00E84E19">
      <w:pPr>
        <w:pStyle w:val="ListBullet"/>
        <w:numPr>
          <w:ilvl w:val="0"/>
          <w:numId w:val="16"/>
        </w:numPr>
        <w:tabs>
          <w:tab w:val="num" w:pos="2257"/>
        </w:tabs>
        <w:spacing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</w:t>
      </w:r>
      <w:r w:rsidR="00EA1652" w:rsidRPr="00845D01">
        <w:rPr>
          <w:rFonts w:asciiTheme="majorHAnsi" w:hAnsiTheme="majorHAnsi" w:cstheme="majorHAnsi"/>
        </w:rPr>
        <w:t>I’m not normally a quitter</w:t>
      </w:r>
      <w:r w:rsidR="007067E2" w:rsidRPr="00845D01">
        <w:rPr>
          <w:rFonts w:asciiTheme="majorHAnsi" w:hAnsiTheme="majorHAnsi" w:cstheme="majorHAnsi"/>
        </w:rPr>
        <w:t xml:space="preserve"> even </w:t>
      </w:r>
      <w:r>
        <w:rPr>
          <w:rFonts w:asciiTheme="majorHAnsi" w:hAnsiTheme="majorHAnsi" w:cstheme="majorHAnsi"/>
        </w:rPr>
        <w:t xml:space="preserve">when </w:t>
      </w:r>
      <w:r w:rsidR="00CF727B">
        <w:rPr>
          <w:rFonts w:asciiTheme="majorHAnsi" w:hAnsiTheme="majorHAnsi" w:cstheme="majorHAnsi"/>
        </w:rPr>
        <w:t>it’s</w:t>
      </w:r>
      <w:r w:rsidR="007067E2" w:rsidRPr="00845D01">
        <w:rPr>
          <w:rFonts w:asciiTheme="majorHAnsi" w:hAnsiTheme="majorHAnsi" w:cstheme="majorHAnsi"/>
        </w:rPr>
        <w:t xml:space="preserve"> tough</w:t>
      </w:r>
      <w:r>
        <w:rPr>
          <w:rFonts w:asciiTheme="majorHAnsi" w:hAnsiTheme="majorHAnsi" w:cstheme="majorHAnsi"/>
        </w:rPr>
        <w:t>”</w:t>
      </w:r>
    </w:p>
    <w:p w14:paraId="7B2F33CA" w14:textId="14C1C8DA" w:rsidR="00A26EF2" w:rsidRPr="00845D01" w:rsidRDefault="00D72632" w:rsidP="00E84E19">
      <w:pPr>
        <w:pStyle w:val="ListBullet"/>
        <w:numPr>
          <w:ilvl w:val="0"/>
          <w:numId w:val="16"/>
        </w:numPr>
        <w:tabs>
          <w:tab w:val="num" w:pos="2257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</w:t>
      </w:r>
      <w:r w:rsidR="00EA1652" w:rsidRPr="00845D01">
        <w:rPr>
          <w:rFonts w:asciiTheme="majorHAnsi" w:hAnsiTheme="majorHAnsi" w:cstheme="majorHAnsi"/>
        </w:rPr>
        <w:t>I have things I want to do</w:t>
      </w:r>
      <w:r w:rsidR="003B7BD8" w:rsidRPr="00845D01">
        <w:rPr>
          <w:rFonts w:asciiTheme="majorHAnsi" w:hAnsiTheme="majorHAnsi" w:cstheme="majorHAnsi"/>
        </w:rPr>
        <w:t xml:space="preserve"> with my life</w:t>
      </w:r>
      <w:r w:rsidR="00C75AE8">
        <w:rPr>
          <w:rFonts w:asciiTheme="majorHAnsi" w:hAnsiTheme="majorHAnsi" w:cstheme="majorHAnsi"/>
        </w:rPr>
        <w:t>”</w:t>
      </w:r>
    </w:p>
    <w:p w14:paraId="0573155C" w14:textId="18CA9E00" w:rsidR="00A26EF2" w:rsidRPr="00845D01" w:rsidRDefault="00D72632" w:rsidP="00E84E19">
      <w:pPr>
        <w:pStyle w:val="ListBullet"/>
        <w:numPr>
          <w:ilvl w:val="0"/>
          <w:numId w:val="16"/>
        </w:numPr>
        <w:tabs>
          <w:tab w:val="num" w:pos="2257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</w:t>
      </w:r>
      <w:r w:rsidR="00B12F83" w:rsidRPr="00845D01">
        <w:rPr>
          <w:rFonts w:asciiTheme="majorHAnsi" w:hAnsiTheme="majorHAnsi" w:cstheme="majorHAnsi"/>
        </w:rPr>
        <w:t>Loved ones and family members</w:t>
      </w:r>
      <w:r w:rsidR="003B7BD8" w:rsidRPr="00845D01">
        <w:rPr>
          <w:rFonts w:asciiTheme="majorHAnsi" w:hAnsiTheme="majorHAnsi" w:cstheme="majorHAnsi"/>
        </w:rPr>
        <w:t xml:space="preserve"> that </w:t>
      </w:r>
      <w:r w:rsidR="00D86DA7" w:rsidRPr="00845D01">
        <w:rPr>
          <w:rFonts w:asciiTheme="majorHAnsi" w:hAnsiTheme="majorHAnsi" w:cstheme="majorHAnsi"/>
        </w:rPr>
        <w:t>are there for me</w:t>
      </w:r>
      <w:r w:rsidR="00C75AE8">
        <w:rPr>
          <w:rFonts w:asciiTheme="majorHAnsi" w:hAnsiTheme="majorHAnsi" w:cstheme="majorHAnsi"/>
        </w:rPr>
        <w:t>”</w:t>
      </w:r>
    </w:p>
    <w:p w14:paraId="4DDE9206" w14:textId="6565B2FD" w:rsidR="00A26EF2" w:rsidRPr="00845D01" w:rsidRDefault="00D72632" w:rsidP="00E84E19">
      <w:pPr>
        <w:pStyle w:val="ListBullet"/>
        <w:numPr>
          <w:ilvl w:val="0"/>
          <w:numId w:val="16"/>
        </w:numPr>
        <w:tabs>
          <w:tab w:val="num" w:pos="2257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“</w:t>
      </w:r>
      <w:r w:rsidR="00D86DA7" w:rsidRPr="00845D01">
        <w:rPr>
          <w:rFonts w:asciiTheme="majorHAnsi" w:hAnsiTheme="majorHAnsi" w:cstheme="majorHAnsi"/>
        </w:rPr>
        <w:t xml:space="preserve">I have got this </w:t>
      </w:r>
      <w:r w:rsidR="00E84E19" w:rsidRPr="00845D01">
        <w:rPr>
          <w:rFonts w:asciiTheme="majorHAnsi" w:hAnsiTheme="majorHAnsi" w:cstheme="majorHAnsi"/>
        </w:rPr>
        <w:t>far</w:t>
      </w:r>
      <w:r w:rsidR="00E84E19">
        <w:rPr>
          <w:rFonts w:asciiTheme="majorHAnsi" w:hAnsiTheme="majorHAnsi" w:cstheme="majorHAnsi"/>
        </w:rPr>
        <w:t>;</w:t>
      </w:r>
      <w:r w:rsidR="00EC25F2">
        <w:rPr>
          <w:rFonts w:asciiTheme="majorHAnsi" w:hAnsiTheme="majorHAnsi" w:cstheme="majorHAnsi"/>
        </w:rPr>
        <w:t xml:space="preserve"> I can do this</w:t>
      </w:r>
      <w:r w:rsidR="00C75AE8">
        <w:rPr>
          <w:rFonts w:asciiTheme="majorHAnsi" w:hAnsiTheme="majorHAnsi" w:cstheme="majorHAnsi"/>
        </w:rPr>
        <w:t>”</w:t>
      </w:r>
    </w:p>
    <w:p w14:paraId="5E788394" w14:textId="583A9713" w:rsidR="00A26EF2" w:rsidRPr="00845D01" w:rsidRDefault="00B12F83" w:rsidP="00E84E19">
      <w:pPr>
        <w:pStyle w:val="ListBullet"/>
        <w:numPr>
          <w:ilvl w:val="0"/>
          <w:numId w:val="16"/>
        </w:numPr>
        <w:tabs>
          <w:tab w:val="num" w:pos="2257"/>
        </w:tabs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Pets</w:t>
      </w:r>
      <w:r w:rsidR="005F118F" w:rsidRPr="00845D01">
        <w:rPr>
          <w:rFonts w:asciiTheme="majorHAnsi" w:hAnsiTheme="majorHAnsi" w:cstheme="majorHAnsi"/>
        </w:rPr>
        <w:t xml:space="preserve"> and plants</w:t>
      </w:r>
      <w:r w:rsidR="00862338" w:rsidRPr="00845D01">
        <w:rPr>
          <w:rFonts w:asciiTheme="majorHAnsi" w:hAnsiTheme="majorHAnsi" w:cstheme="majorHAnsi"/>
        </w:rPr>
        <w:t xml:space="preserve"> </w:t>
      </w:r>
      <w:r w:rsidRPr="00845D01">
        <w:rPr>
          <w:rFonts w:asciiTheme="majorHAnsi" w:hAnsiTheme="majorHAnsi" w:cstheme="majorHAnsi"/>
        </w:rPr>
        <w:t xml:space="preserve">to care for: </w:t>
      </w:r>
      <w:r w:rsidR="00EC25F2">
        <w:rPr>
          <w:rFonts w:asciiTheme="majorHAnsi" w:hAnsiTheme="majorHAnsi" w:cstheme="majorHAnsi"/>
        </w:rPr>
        <w:t>_________________________________________________</w:t>
      </w:r>
    </w:p>
    <w:p w14:paraId="10B57E83" w14:textId="27548125" w:rsidR="00A26EF2" w:rsidRPr="00845D01" w:rsidRDefault="00B12F83" w:rsidP="00E84E19">
      <w:pPr>
        <w:pStyle w:val="ListBullet"/>
        <w:numPr>
          <w:ilvl w:val="0"/>
          <w:numId w:val="16"/>
        </w:numPr>
        <w:tabs>
          <w:tab w:val="num" w:pos="2257"/>
        </w:tabs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Future goals, plans, or things I look forward to</w:t>
      </w:r>
      <w:r w:rsidR="00EC25F2">
        <w:rPr>
          <w:rFonts w:asciiTheme="majorHAnsi" w:hAnsiTheme="majorHAnsi" w:cstheme="majorHAnsi"/>
        </w:rPr>
        <w:t>__________________________________</w:t>
      </w:r>
    </w:p>
    <w:p w14:paraId="3DA1A75B" w14:textId="741D8650" w:rsidR="00A26EF2" w:rsidRDefault="00B12F83" w:rsidP="00E84E19">
      <w:pPr>
        <w:pStyle w:val="ListBullet"/>
        <w:numPr>
          <w:ilvl w:val="0"/>
          <w:numId w:val="16"/>
        </w:numPr>
        <w:tabs>
          <w:tab w:val="num" w:pos="2257"/>
        </w:tabs>
        <w:spacing w:line="240" w:lineRule="auto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Small daily joys (e.g., music, coffee, nature walks</w:t>
      </w:r>
      <w:r w:rsidR="00EC25F2" w:rsidRPr="00845D01">
        <w:rPr>
          <w:rFonts w:asciiTheme="majorHAnsi" w:hAnsiTheme="majorHAnsi" w:cstheme="majorHAnsi"/>
        </w:rPr>
        <w:t>):</w:t>
      </w:r>
      <w:r w:rsidR="00EC25F2">
        <w:rPr>
          <w:rFonts w:asciiTheme="majorHAnsi" w:hAnsiTheme="majorHAnsi" w:cstheme="majorHAnsi"/>
        </w:rPr>
        <w:t xml:space="preserve"> ______________________________</w:t>
      </w:r>
    </w:p>
    <w:p w14:paraId="7D47BCF3" w14:textId="77777777" w:rsidR="00EC1D31" w:rsidRPr="00845D01" w:rsidRDefault="00EC1D31" w:rsidP="00EC1D31">
      <w:pPr>
        <w:pStyle w:val="ListBullet"/>
        <w:numPr>
          <w:ilvl w:val="0"/>
          <w:numId w:val="0"/>
        </w:numPr>
        <w:tabs>
          <w:tab w:val="num" w:pos="2257"/>
        </w:tabs>
        <w:spacing w:line="240" w:lineRule="auto"/>
        <w:ind w:left="720"/>
        <w:rPr>
          <w:rFonts w:asciiTheme="majorHAnsi" w:hAnsiTheme="majorHAnsi" w:cstheme="majorHAnsi"/>
        </w:rPr>
      </w:pPr>
    </w:p>
    <w:p w14:paraId="20F3FFDB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The Warning Signs that I am struggling</w:t>
      </w:r>
    </w:p>
    <w:p w14:paraId="7E23FC80" w14:textId="1F4903B1" w:rsidR="00396213" w:rsidRDefault="00012915" w:rsidP="00845D01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  <w:r>
        <w:rPr>
          <w:rFonts w:asciiTheme="majorHAnsi" w:hAnsiTheme="majorHAnsi" w:cstheme="majorHAnsi"/>
          <w:i/>
          <w:color w:val="7F8C8D"/>
        </w:rPr>
        <w:t>C</w:t>
      </w:r>
      <w:r w:rsidR="00D059E4" w:rsidRPr="00845D01">
        <w:rPr>
          <w:rFonts w:asciiTheme="majorHAnsi" w:hAnsiTheme="majorHAnsi" w:cstheme="majorHAnsi"/>
          <w:i/>
          <w:color w:val="7F8C8D"/>
        </w:rPr>
        <w:t>hanges in</w:t>
      </w:r>
      <w:r w:rsidR="00735667" w:rsidRPr="00845D01">
        <w:rPr>
          <w:rFonts w:asciiTheme="majorHAnsi" w:hAnsiTheme="majorHAnsi" w:cstheme="majorHAnsi"/>
          <w:i/>
          <w:color w:val="7F8C8D"/>
        </w:rPr>
        <w:t xml:space="preserve"> my</w:t>
      </w:r>
      <w:r w:rsidR="00D059E4" w:rsidRPr="00845D01">
        <w:rPr>
          <w:rFonts w:asciiTheme="majorHAnsi" w:hAnsiTheme="majorHAnsi" w:cstheme="majorHAnsi"/>
          <w:i/>
          <w:color w:val="7F8C8D"/>
        </w:rPr>
        <w:t xml:space="preserve"> thoughts, mood, or behaviours that show </w:t>
      </w:r>
      <w:r w:rsidR="00735667" w:rsidRPr="00845D01">
        <w:rPr>
          <w:rFonts w:asciiTheme="majorHAnsi" w:hAnsiTheme="majorHAnsi" w:cstheme="majorHAnsi"/>
          <w:i/>
          <w:color w:val="7F8C8D"/>
        </w:rPr>
        <w:t>I am</w:t>
      </w:r>
      <w:r w:rsidR="00D059E4" w:rsidRPr="00845D01">
        <w:rPr>
          <w:rFonts w:asciiTheme="majorHAnsi" w:hAnsiTheme="majorHAnsi" w:cstheme="majorHAnsi"/>
          <w:i/>
          <w:color w:val="7F8C8D"/>
        </w:rPr>
        <w:t xml:space="preserve"> starting to struggle:</w:t>
      </w:r>
    </w:p>
    <w:p w14:paraId="3CFD743C" w14:textId="77777777" w:rsidR="00E317E9" w:rsidRPr="00845D01" w:rsidRDefault="00E317E9" w:rsidP="00845D01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</w:p>
    <w:p w14:paraId="459AA4C0" w14:textId="32F4136B" w:rsidR="00396213" w:rsidRPr="00845D01" w:rsidRDefault="00D059E4" w:rsidP="00523297">
      <w:pPr>
        <w:pStyle w:val="ListBullet"/>
        <w:tabs>
          <w:tab w:val="clear" w:pos="360"/>
          <w:tab w:val="num" w:pos="720"/>
        </w:tabs>
        <w:spacing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Specific thoughts (e.g., 'I can't do this anymore', negative self-talk): </w:t>
      </w:r>
    </w:p>
    <w:p w14:paraId="58AF231B" w14:textId="5899ADB0" w:rsidR="00396213" w:rsidRPr="00845D01" w:rsidRDefault="00D059E4" w:rsidP="00523297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Physical sensations (e.g., racing heart, heavy chest, sleep changes): </w:t>
      </w:r>
    </w:p>
    <w:p w14:paraId="51E295FA" w14:textId="77777777" w:rsidR="00396213" w:rsidRPr="00845D01" w:rsidRDefault="00D059E4" w:rsidP="00523297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Behaviours (e.g., isolating yourself, avoiding calls, coping habits): </w:t>
      </w:r>
      <w:r w:rsidRPr="00845D01">
        <w:rPr>
          <w:rFonts w:asciiTheme="majorHAnsi" w:hAnsiTheme="majorHAnsi" w:cstheme="majorHAnsi"/>
        </w:rPr>
        <w:br/>
      </w:r>
    </w:p>
    <w:p w14:paraId="35C748F1" w14:textId="30912CA6" w:rsidR="00396213" w:rsidRDefault="00B23E57" w:rsidP="00523297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color w:val="BDC3C7"/>
        </w:rPr>
      </w:pPr>
      <w:r w:rsidRPr="00845D01">
        <w:rPr>
          <w:rFonts w:asciiTheme="majorHAnsi" w:hAnsiTheme="majorHAnsi" w:cstheme="majorHAnsi"/>
          <w:color w:val="BDC3C7"/>
        </w:rPr>
        <w:t>List your</w:t>
      </w:r>
      <w:r w:rsidR="00012915">
        <w:rPr>
          <w:rFonts w:asciiTheme="majorHAnsi" w:hAnsiTheme="majorHAnsi" w:cstheme="majorHAnsi"/>
          <w:color w:val="BDC3C7"/>
        </w:rPr>
        <w:t>s:</w:t>
      </w:r>
      <w:r w:rsidR="00501CEA" w:rsidRPr="00845D01">
        <w:rPr>
          <w:rFonts w:asciiTheme="majorHAnsi" w:hAnsiTheme="majorHAnsi" w:cstheme="majorHAnsi"/>
          <w:color w:val="BDC3C7"/>
        </w:rPr>
        <w:t xml:space="preserve"> _</w:t>
      </w:r>
      <w:r w:rsidR="00D059E4" w:rsidRPr="00845D01">
        <w:rPr>
          <w:rFonts w:asciiTheme="majorHAnsi" w:hAnsiTheme="majorHAnsi" w:cstheme="majorHAnsi"/>
          <w:color w:val="BDC3C7"/>
        </w:rPr>
        <w:t>__________________________________________________</w:t>
      </w:r>
      <w:r w:rsidR="00242551" w:rsidRPr="00845D01">
        <w:rPr>
          <w:rFonts w:asciiTheme="majorHAnsi" w:hAnsiTheme="majorHAnsi" w:cstheme="majorHAnsi"/>
          <w:color w:val="BDC3C7"/>
        </w:rPr>
        <w:t>_______________</w:t>
      </w:r>
      <w:r w:rsidR="00D059E4" w:rsidRPr="00845D01">
        <w:rPr>
          <w:rFonts w:asciiTheme="majorHAnsi" w:hAnsiTheme="majorHAnsi" w:cstheme="majorHAnsi"/>
          <w:color w:val="BDC3C7"/>
        </w:rPr>
        <w:t>_</w:t>
      </w:r>
    </w:p>
    <w:p w14:paraId="6A3DAF39" w14:textId="77777777" w:rsidR="00EC1D31" w:rsidRDefault="00EC1D31" w:rsidP="00523297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color w:val="BDC3C7"/>
        </w:rPr>
      </w:pPr>
    </w:p>
    <w:p w14:paraId="53FFB799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Coping Strategies that help</w:t>
      </w:r>
    </w:p>
    <w:p w14:paraId="51321C61" w14:textId="41BC0D23" w:rsidR="00396213" w:rsidRDefault="00D059E4" w:rsidP="007C2F01">
      <w:pPr>
        <w:keepNext/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Things I can do completely by myself to take my mind off the pain and ground myself:</w:t>
      </w:r>
    </w:p>
    <w:p w14:paraId="50377264" w14:textId="77777777" w:rsidR="00E317E9" w:rsidRPr="00845D01" w:rsidRDefault="00E317E9" w:rsidP="007C2F01">
      <w:pPr>
        <w:keepNext/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</w:p>
    <w:p w14:paraId="0A77A004" w14:textId="70682B3D" w:rsidR="00396213" w:rsidRPr="00845D01" w:rsidRDefault="00D059E4" w:rsidP="00523297">
      <w:pPr>
        <w:pStyle w:val="ListBullet"/>
        <w:tabs>
          <w:tab w:val="clear" w:pos="360"/>
          <w:tab w:val="num" w:pos="720"/>
        </w:tabs>
        <w:spacing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Breathing exercises or mindfulness techniques: </w:t>
      </w:r>
    </w:p>
    <w:p w14:paraId="2A4266B6" w14:textId="674FB247" w:rsidR="00396213" w:rsidRPr="00845D01" w:rsidRDefault="00D059E4" w:rsidP="00523297">
      <w:pPr>
        <w:pStyle w:val="ListBullet"/>
        <w:tabs>
          <w:tab w:val="clear" w:pos="360"/>
          <w:tab w:val="num" w:pos="720"/>
        </w:tabs>
        <w:spacing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Physical movement (e.g., walking, stretching, yoga): </w:t>
      </w:r>
    </w:p>
    <w:p w14:paraId="506B22DE" w14:textId="77777777" w:rsidR="00396213" w:rsidRPr="00845D01" w:rsidRDefault="00D059E4" w:rsidP="00523297">
      <w:pPr>
        <w:pStyle w:val="ListBullet"/>
        <w:tabs>
          <w:tab w:val="clear" w:pos="360"/>
          <w:tab w:val="num" w:pos="720"/>
        </w:tabs>
        <w:spacing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Distractions (e.g., music playlist, bath, watching a comfort movie): </w:t>
      </w:r>
      <w:r w:rsidRPr="00845D01">
        <w:rPr>
          <w:rFonts w:asciiTheme="majorHAnsi" w:hAnsiTheme="majorHAnsi" w:cstheme="majorHAnsi"/>
        </w:rPr>
        <w:br/>
      </w:r>
    </w:p>
    <w:p w14:paraId="6CFF4B6B" w14:textId="2D9BCCC4" w:rsidR="00D43A26" w:rsidRDefault="00B23E57" w:rsidP="00523297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  <w:color w:val="BDC3C7"/>
        </w:rPr>
      </w:pPr>
      <w:r w:rsidRPr="00845D01">
        <w:rPr>
          <w:rFonts w:asciiTheme="majorHAnsi" w:hAnsiTheme="majorHAnsi" w:cstheme="majorHAnsi"/>
          <w:color w:val="BDC3C7"/>
        </w:rPr>
        <w:t>List yo</w:t>
      </w:r>
      <w:r w:rsidR="00667843">
        <w:rPr>
          <w:rFonts w:asciiTheme="majorHAnsi" w:hAnsiTheme="majorHAnsi" w:cstheme="majorHAnsi"/>
          <w:color w:val="BDC3C7"/>
        </w:rPr>
        <w:t>ur</w:t>
      </w:r>
      <w:r w:rsidR="00501CEA" w:rsidRPr="00845D01">
        <w:rPr>
          <w:rFonts w:asciiTheme="majorHAnsi" w:hAnsiTheme="majorHAnsi" w:cstheme="majorHAnsi"/>
          <w:color w:val="BDC3C7"/>
        </w:rPr>
        <w:t>s: _</w:t>
      </w:r>
      <w:r w:rsidR="00D059E4" w:rsidRPr="00845D01">
        <w:rPr>
          <w:rFonts w:asciiTheme="majorHAnsi" w:hAnsiTheme="majorHAnsi" w:cstheme="majorHAnsi"/>
          <w:color w:val="BDC3C7"/>
        </w:rPr>
        <w:t>___________________________________</w:t>
      </w:r>
      <w:r w:rsidR="00242551" w:rsidRPr="00845D01">
        <w:rPr>
          <w:rFonts w:asciiTheme="majorHAnsi" w:hAnsiTheme="majorHAnsi" w:cstheme="majorHAnsi"/>
          <w:color w:val="BDC3C7"/>
        </w:rPr>
        <w:t>___________________</w:t>
      </w:r>
      <w:r w:rsidR="00D059E4" w:rsidRPr="00845D01">
        <w:rPr>
          <w:rFonts w:asciiTheme="majorHAnsi" w:hAnsiTheme="majorHAnsi" w:cstheme="majorHAnsi"/>
          <w:color w:val="BDC3C7"/>
        </w:rPr>
        <w:t>____________</w:t>
      </w:r>
    </w:p>
    <w:p w14:paraId="4D0B442F" w14:textId="77777777" w:rsidR="00D43A26" w:rsidRDefault="00D43A26">
      <w:pPr>
        <w:rPr>
          <w:rFonts w:asciiTheme="majorHAnsi" w:hAnsiTheme="majorHAnsi" w:cstheme="majorHAnsi"/>
          <w:color w:val="BDC3C7"/>
        </w:rPr>
      </w:pPr>
      <w:r>
        <w:rPr>
          <w:rFonts w:asciiTheme="majorHAnsi" w:hAnsiTheme="majorHAnsi" w:cstheme="majorHAnsi"/>
          <w:color w:val="BDC3C7"/>
        </w:rPr>
        <w:br w:type="page"/>
      </w:r>
    </w:p>
    <w:p w14:paraId="14D0E988" w14:textId="77777777" w:rsidR="00396213" w:rsidRPr="00845D01" w:rsidRDefault="00396213" w:rsidP="00523297">
      <w:pPr>
        <w:pStyle w:val="ListBullet"/>
        <w:numPr>
          <w:ilvl w:val="0"/>
          <w:numId w:val="0"/>
        </w:numPr>
        <w:spacing w:after="0" w:line="240" w:lineRule="auto"/>
        <w:ind w:left="360"/>
        <w:rPr>
          <w:rFonts w:asciiTheme="majorHAnsi" w:hAnsiTheme="majorHAnsi" w:cstheme="majorHAnsi"/>
        </w:rPr>
      </w:pPr>
    </w:p>
    <w:p w14:paraId="71C01E54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People and Safe Places that help me be distracted</w:t>
      </w:r>
    </w:p>
    <w:p w14:paraId="4375E41B" w14:textId="54422153" w:rsidR="00396213" w:rsidRDefault="00D059E4" w:rsidP="007C2F01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Social settings, public spaces or people that can help distract me without needing to talk about how I feel:</w:t>
      </w:r>
    </w:p>
    <w:p w14:paraId="104470AC" w14:textId="77777777" w:rsidR="00E317E9" w:rsidRPr="00845D01" w:rsidRDefault="00E317E9" w:rsidP="007C2F01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</w:p>
    <w:p w14:paraId="1CBCBEAC" w14:textId="251DC165" w:rsidR="00396213" w:rsidRPr="00845D01" w:rsidRDefault="00D059E4" w:rsidP="007C2F0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Safe spaces to visit (e.g., local library, park, coffee shop): </w:t>
      </w:r>
    </w:p>
    <w:p w14:paraId="0FEB7E51" w14:textId="5A1849FC" w:rsidR="00396213" w:rsidRPr="00845D01" w:rsidRDefault="00D059E4" w:rsidP="007C2F0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Social groups or public places (e.g., gym, community centre, </w:t>
      </w:r>
      <w:r w:rsidR="003A7D27" w:rsidRPr="00845D01">
        <w:rPr>
          <w:rFonts w:asciiTheme="majorHAnsi" w:hAnsiTheme="majorHAnsi" w:cstheme="majorHAnsi"/>
        </w:rPr>
        <w:t>shops</w:t>
      </w:r>
      <w:r w:rsidRPr="00845D01">
        <w:rPr>
          <w:rFonts w:asciiTheme="majorHAnsi" w:hAnsiTheme="majorHAnsi" w:cstheme="majorHAnsi"/>
        </w:rPr>
        <w:t xml:space="preserve">): </w:t>
      </w:r>
    </w:p>
    <w:p w14:paraId="585994E2" w14:textId="77777777" w:rsidR="00396213" w:rsidRPr="00845D01" w:rsidRDefault="00D059E4" w:rsidP="007C2F01">
      <w:pPr>
        <w:pStyle w:val="ListBullet"/>
        <w:tabs>
          <w:tab w:val="clear" w:pos="360"/>
          <w:tab w:val="num" w:pos="720"/>
        </w:tabs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People who distract me (Name &amp; Phone): </w:t>
      </w:r>
      <w:r w:rsidRPr="00845D01">
        <w:rPr>
          <w:rFonts w:asciiTheme="majorHAnsi" w:hAnsiTheme="majorHAnsi" w:cstheme="majorHAnsi"/>
        </w:rPr>
        <w:br/>
      </w:r>
    </w:p>
    <w:p w14:paraId="74A54D10" w14:textId="1BE66035" w:rsidR="00AB26F5" w:rsidRDefault="00AB26F5" w:rsidP="00DC550E">
      <w:pPr>
        <w:pStyle w:val="ListBullet"/>
        <w:numPr>
          <w:ilvl w:val="0"/>
          <w:numId w:val="0"/>
        </w:numPr>
        <w:spacing w:after="0" w:line="240" w:lineRule="auto"/>
        <w:rPr>
          <w:rFonts w:asciiTheme="majorHAnsi" w:hAnsiTheme="majorHAnsi" w:cstheme="majorHAnsi"/>
          <w:color w:val="BDC3C7"/>
        </w:rPr>
      </w:pPr>
      <w:r w:rsidRPr="00845D01">
        <w:rPr>
          <w:rFonts w:asciiTheme="majorHAnsi" w:hAnsiTheme="majorHAnsi" w:cstheme="majorHAnsi"/>
          <w:color w:val="BDC3C7"/>
        </w:rPr>
        <w:t>List you</w:t>
      </w:r>
      <w:r w:rsidR="00667843">
        <w:rPr>
          <w:rFonts w:asciiTheme="majorHAnsi" w:hAnsiTheme="majorHAnsi" w:cstheme="majorHAnsi"/>
          <w:color w:val="BDC3C7"/>
        </w:rPr>
        <w:t>r</w:t>
      </w:r>
      <w:r w:rsidRPr="00845D01">
        <w:rPr>
          <w:rFonts w:asciiTheme="majorHAnsi" w:hAnsiTheme="majorHAnsi" w:cstheme="majorHAnsi"/>
          <w:color w:val="BDC3C7"/>
        </w:rPr>
        <w:t xml:space="preserve">s: </w:t>
      </w:r>
      <w:r w:rsidR="00D059E4" w:rsidRPr="00845D01">
        <w:rPr>
          <w:rFonts w:asciiTheme="majorHAnsi" w:hAnsiTheme="majorHAnsi" w:cstheme="majorHAnsi"/>
          <w:color w:val="BDC3C7"/>
        </w:rPr>
        <w:t>____________________________________</w:t>
      </w:r>
      <w:r w:rsidR="003A7D27" w:rsidRPr="00845D01">
        <w:rPr>
          <w:rFonts w:asciiTheme="majorHAnsi" w:hAnsiTheme="majorHAnsi" w:cstheme="majorHAnsi"/>
          <w:color w:val="BDC3C7"/>
        </w:rPr>
        <w:t>____________________</w:t>
      </w:r>
      <w:r w:rsidR="00D059E4" w:rsidRPr="00845D01">
        <w:rPr>
          <w:rFonts w:asciiTheme="majorHAnsi" w:hAnsiTheme="majorHAnsi" w:cstheme="majorHAnsi"/>
          <w:color w:val="BDC3C7"/>
        </w:rPr>
        <w:t>__________</w:t>
      </w:r>
    </w:p>
    <w:p w14:paraId="48678B3A" w14:textId="77777777" w:rsidR="00F9798A" w:rsidRDefault="00F9798A" w:rsidP="00DC550E">
      <w:pPr>
        <w:pStyle w:val="ListBullet"/>
        <w:numPr>
          <w:ilvl w:val="0"/>
          <w:numId w:val="0"/>
        </w:numPr>
        <w:spacing w:after="0" w:line="240" w:lineRule="auto"/>
        <w:rPr>
          <w:rFonts w:asciiTheme="majorHAnsi" w:hAnsiTheme="majorHAnsi" w:cstheme="majorHAnsi"/>
          <w:color w:val="BDC3C7"/>
        </w:rPr>
      </w:pPr>
    </w:p>
    <w:p w14:paraId="09907A8B" w14:textId="3F7FFA2C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Family or Friends who I can Contact for Help</w:t>
      </w:r>
    </w:p>
    <w:p w14:paraId="42CA138C" w14:textId="71626AE4" w:rsidR="00396213" w:rsidRDefault="00D059E4" w:rsidP="00ED025D">
      <w:pPr>
        <w:spacing w:after="0" w:line="240" w:lineRule="auto"/>
        <w:ind w:left="426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People I trust completely and can explicitly tell: 'I am having a hard time and need support right now':</w:t>
      </w:r>
    </w:p>
    <w:p w14:paraId="7287123D" w14:textId="77777777" w:rsidR="00773768" w:rsidRDefault="00773768" w:rsidP="00ED025D">
      <w:pPr>
        <w:pStyle w:val="ListBullet"/>
        <w:numPr>
          <w:ilvl w:val="0"/>
          <w:numId w:val="0"/>
        </w:numPr>
        <w:spacing w:after="0" w:line="240" w:lineRule="auto"/>
        <w:ind w:left="426"/>
        <w:rPr>
          <w:rFonts w:asciiTheme="majorHAnsi" w:hAnsiTheme="majorHAnsi" w:cstheme="majorHAnsi"/>
        </w:rPr>
      </w:pPr>
    </w:p>
    <w:p w14:paraId="5D5CB7A7" w14:textId="1BADB861" w:rsidR="00396213" w:rsidRPr="00845D01" w:rsidRDefault="00D059E4" w:rsidP="00ED025D">
      <w:pPr>
        <w:pStyle w:val="ListBullet"/>
        <w:numPr>
          <w:ilvl w:val="0"/>
          <w:numId w:val="0"/>
        </w:numPr>
        <w:spacing w:after="0" w:line="240" w:lineRule="auto"/>
        <w:ind w:left="426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Name: _____________________ Phone: _____________________ </w:t>
      </w:r>
      <w:r w:rsidR="00746F57" w:rsidRPr="00845D01">
        <w:rPr>
          <w:rFonts w:asciiTheme="majorHAnsi" w:hAnsiTheme="majorHAnsi" w:cstheme="majorHAnsi"/>
        </w:rPr>
        <w:t xml:space="preserve"> </w:t>
      </w:r>
    </w:p>
    <w:p w14:paraId="31E1AE24" w14:textId="10424700" w:rsidR="00746F57" w:rsidRPr="00845D01" w:rsidRDefault="00D059E4" w:rsidP="00ED025D">
      <w:pPr>
        <w:pStyle w:val="ListBullet"/>
        <w:numPr>
          <w:ilvl w:val="0"/>
          <w:numId w:val="0"/>
        </w:numPr>
        <w:spacing w:after="0" w:line="240" w:lineRule="auto"/>
        <w:ind w:left="426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Name: _____________________ Phone: _________________</w:t>
      </w:r>
      <w:r w:rsidR="00746F57" w:rsidRPr="00845D01">
        <w:rPr>
          <w:rFonts w:asciiTheme="majorHAnsi" w:hAnsiTheme="majorHAnsi" w:cstheme="majorHAnsi"/>
        </w:rPr>
        <w:t>_</w:t>
      </w:r>
      <w:r w:rsidRPr="00845D01">
        <w:rPr>
          <w:rFonts w:asciiTheme="majorHAnsi" w:hAnsiTheme="majorHAnsi" w:cstheme="majorHAnsi"/>
        </w:rPr>
        <w:t>___</w:t>
      </w:r>
    </w:p>
    <w:p w14:paraId="0D8FF162" w14:textId="2CB02E50" w:rsidR="00E317E9" w:rsidRDefault="00D059E4" w:rsidP="00ED025D">
      <w:pPr>
        <w:pStyle w:val="ListBullet"/>
        <w:numPr>
          <w:ilvl w:val="0"/>
          <w:numId w:val="0"/>
        </w:numPr>
        <w:spacing w:after="0" w:line="240" w:lineRule="auto"/>
        <w:ind w:left="426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Name: _____________________ Phone: _____________________ </w:t>
      </w:r>
    </w:p>
    <w:p w14:paraId="60E9BD52" w14:textId="2D927714" w:rsidR="00396213" w:rsidRPr="00845D01" w:rsidRDefault="00396213" w:rsidP="00ED025D">
      <w:pPr>
        <w:pStyle w:val="ListBullet"/>
        <w:numPr>
          <w:ilvl w:val="0"/>
          <w:numId w:val="0"/>
        </w:numPr>
        <w:spacing w:after="0" w:line="240" w:lineRule="auto"/>
        <w:ind w:left="426"/>
        <w:rPr>
          <w:rFonts w:asciiTheme="majorHAnsi" w:hAnsiTheme="majorHAnsi" w:cstheme="majorHAnsi"/>
        </w:rPr>
      </w:pPr>
    </w:p>
    <w:p w14:paraId="02CE550F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Professional Support &amp; Crisis Lines</w:t>
      </w:r>
      <w:r>
        <w:rPr>
          <w:rFonts w:asciiTheme="majorHAnsi" w:hAnsiTheme="majorHAnsi" w:cstheme="majorHAnsi"/>
          <w:b/>
          <w:color w:val="2C3E50"/>
          <w:sz w:val="28"/>
        </w:rPr>
        <w:t xml:space="preserve"> to call if I need more serious help</w:t>
      </w:r>
    </w:p>
    <w:p w14:paraId="54015B63" w14:textId="77777777" w:rsidR="00396213" w:rsidRDefault="00D059E4" w:rsidP="003E2620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Official health professional details and 24/7 hotline numbers ready to use:</w:t>
      </w:r>
    </w:p>
    <w:p w14:paraId="3FCB33BF" w14:textId="77777777" w:rsidR="00E317E9" w:rsidRPr="00845D01" w:rsidRDefault="00E317E9" w:rsidP="003E2620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</w:p>
    <w:p w14:paraId="531BCE8A" w14:textId="20FF8B04" w:rsidR="00396213" w:rsidRPr="00845D01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My GP / Therapist Name: _____________________ Phone: _____________________ </w:t>
      </w:r>
    </w:p>
    <w:p w14:paraId="6CCF5B59" w14:textId="77777777" w:rsidR="00396213" w:rsidRPr="00845D01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Lifeline Australia: Call 13 11 14 (24/7 crisis support and suicide prevention)</w:t>
      </w:r>
    </w:p>
    <w:p w14:paraId="69F04FA7" w14:textId="77777777" w:rsidR="00396213" w:rsidRPr="00845D01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Suicide Call Back Service: Call 1300 659 467 (24/7 phone counselling)</w:t>
      </w:r>
    </w:p>
    <w:p w14:paraId="432CB048" w14:textId="77777777" w:rsidR="00396213" w:rsidRPr="00845D01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Beyond Blue: Call 1300 22 4636 (24/7 mental health advice)</w:t>
      </w:r>
    </w:p>
    <w:p w14:paraId="2473823D" w14:textId="77777777" w:rsidR="00396213" w:rsidRPr="00845D01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13YARN: Call 13 92 76 (24/7 crisis support for Aboriginal &amp; Torres Strait Islander people)</w:t>
      </w:r>
    </w:p>
    <w:p w14:paraId="7E582DF5" w14:textId="77777777" w:rsidR="00396213" w:rsidRDefault="00D059E4" w:rsidP="003E2620">
      <w:pPr>
        <w:pStyle w:val="ListBullet"/>
        <w:tabs>
          <w:tab w:val="clear" w:pos="360"/>
          <w:tab w:val="num" w:pos="720"/>
        </w:tabs>
        <w:spacing w:after="0" w:line="36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>Kids Helpline: Call 1800 55 1800 (24/7 support for young people aged 5 to 25)</w:t>
      </w:r>
    </w:p>
    <w:p w14:paraId="068F1A5E" w14:textId="77777777" w:rsidR="00D059E4" w:rsidRDefault="00B15C83" w:rsidP="00E3613D">
      <w:pPr>
        <w:keepNext/>
        <w:shd w:val="clear" w:color="auto" w:fill="EAF1DD" w:themeFill="accent3" w:themeFillTint="33"/>
        <w:spacing w:before="140" w:after="40"/>
      </w:pPr>
      <w:r w:rsidRPr="00845D01">
        <w:rPr>
          <w:rFonts w:asciiTheme="majorHAnsi" w:hAnsiTheme="majorHAnsi" w:cstheme="majorHAnsi"/>
          <w:b/>
          <w:color w:val="2C3E50"/>
          <w:sz w:val="28"/>
        </w:rPr>
        <w:t>Making My Environment Safe</w:t>
      </w:r>
    </w:p>
    <w:p w14:paraId="39951787" w14:textId="77777777" w:rsidR="00396213" w:rsidRDefault="00D059E4" w:rsidP="0079000B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  <w:r w:rsidRPr="00845D01">
        <w:rPr>
          <w:rFonts w:asciiTheme="majorHAnsi" w:hAnsiTheme="majorHAnsi" w:cstheme="majorHAnsi"/>
          <w:i/>
          <w:color w:val="7F8C8D"/>
        </w:rPr>
        <w:t>Concrete steps to remove or restrict access to items I might use to hurt myself:</w:t>
      </w:r>
    </w:p>
    <w:p w14:paraId="497C80AC" w14:textId="77777777" w:rsidR="00E317E9" w:rsidRPr="00845D01" w:rsidRDefault="00E317E9" w:rsidP="0079000B">
      <w:pPr>
        <w:spacing w:after="0" w:line="240" w:lineRule="auto"/>
        <w:ind w:left="360"/>
        <w:rPr>
          <w:rFonts w:asciiTheme="majorHAnsi" w:hAnsiTheme="majorHAnsi" w:cstheme="majorHAnsi"/>
          <w:i/>
          <w:color w:val="7F8C8D"/>
        </w:rPr>
      </w:pPr>
    </w:p>
    <w:p w14:paraId="27B4586E" w14:textId="0684D8AC" w:rsidR="00396213" w:rsidRPr="00845D01" w:rsidRDefault="00D059E4" w:rsidP="0079000B">
      <w:pPr>
        <w:pStyle w:val="ListBullet"/>
        <w:tabs>
          <w:tab w:val="clear" w:pos="360"/>
          <w:tab w:val="num" w:pos="720"/>
        </w:tabs>
        <w:spacing w:after="0"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Medication safety plan (e.g., lock away, give to a trusted person): </w:t>
      </w:r>
    </w:p>
    <w:p w14:paraId="4CB14B40" w14:textId="3178FC27" w:rsidR="00396213" w:rsidRPr="00845D01" w:rsidRDefault="00D059E4" w:rsidP="0079000B">
      <w:pPr>
        <w:pStyle w:val="ListBullet"/>
        <w:tabs>
          <w:tab w:val="clear" w:pos="360"/>
          <w:tab w:val="num" w:pos="720"/>
        </w:tabs>
        <w:spacing w:after="0"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Securing or removing harmful items from my immediate area: </w:t>
      </w:r>
    </w:p>
    <w:p w14:paraId="52B44FB8" w14:textId="77777777" w:rsidR="00E317E9" w:rsidRDefault="00D059E4" w:rsidP="0079000B">
      <w:pPr>
        <w:pStyle w:val="ListBullet"/>
        <w:tabs>
          <w:tab w:val="clear" w:pos="360"/>
          <w:tab w:val="num" w:pos="720"/>
        </w:tabs>
        <w:spacing w:after="0"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t xml:space="preserve">Triggers to avoid (e.g., alcohol, drugs, </w:t>
      </w:r>
      <w:r w:rsidR="00452D49">
        <w:rPr>
          <w:rFonts w:asciiTheme="majorHAnsi" w:hAnsiTheme="majorHAnsi" w:cstheme="majorHAnsi"/>
        </w:rPr>
        <w:t xml:space="preserve">people that are </w:t>
      </w:r>
      <w:r w:rsidR="00D622AC">
        <w:rPr>
          <w:rFonts w:asciiTheme="majorHAnsi" w:hAnsiTheme="majorHAnsi" w:cstheme="majorHAnsi"/>
        </w:rPr>
        <w:t xml:space="preserve">unhelpful, </w:t>
      </w:r>
      <w:r w:rsidRPr="00845D01">
        <w:rPr>
          <w:rFonts w:asciiTheme="majorHAnsi" w:hAnsiTheme="majorHAnsi" w:cstheme="majorHAnsi"/>
        </w:rPr>
        <w:t xml:space="preserve">specific online spaces): </w:t>
      </w:r>
    </w:p>
    <w:p w14:paraId="264041B6" w14:textId="1A8ABFF6" w:rsidR="00396213" w:rsidRPr="00845D01" w:rsidRDefault="00D059E4" w:rsidP="00E317E9">
      <w:pPr>
        <w:pStyle w:val="ListBullet"/>
        <w:numPr>
          <w:ilvl w:val="0"/>
          <w:numId w:val="0"/>
        </w:numPr>
        <w:tabs>
          <w:tab w:val="num" w:pos="720"/>
        </w:tabs>
        <w:spacing w:after="0" w:line="240" w:lineRule="auto"/>
        <w:ind w:left="720"/>
        <w:rPr>
          <w:rFonts w:asciiTheme="majorHAnsi" w:hAnsiTheme="majorHAnsi" w:cstheme="majorHAnsi"/>
        </w:rPr>
      </w:pPr>
      <w:r w:rsidRPr="00845D01">
        <w:rPr>
          <w:rFonts w:asciiTheme="majorHAnsi" w:hAnsiTheme="majorHAnsi" w:cstheme="majorHAnsi"/>
        </w:rPr>
        <w:br/>
      </w:r>
      <w:r w:rsidR="00FF6FE0" w:rsidRPr="00845D01">
        <w:rPr>
          <w:rFonts w:asciiTheme="majorHAnsi" w:hAnsiTheme="majorHAnsi" w:cstheme="majorHAnsi"/>
        </w:rPr>
        <w:t xml:space="preserve"> </w:t>
      </w:r>
    </w:p>
    <w:p w14:paraId="38E0FF80" w14:textId="57F3017B" w:rsidR="00D059E4" w:rsidRDefault="00917046" w:rsidP="00295783">
      <w:pPr>
        <w:spacing w:after="0" w:line="240" w:lineRule="auto"/>
      </w:pPr>
      <w:r w:rsidRPr="001C552D">
        <w:rPr>
          <w:b/>
          <w:bCs/>
          <w:noProof/>
          <w:color w:val="FFFFFF" w:themeColor="background1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242675A2" wp14:editId="5F89BBBA">
                <wp:simplePos x="0" y="0"/>
                <wp:positionH relativeFrom="column">
                  <wp:posOffset>194310</wp:posOffset>
                </wp:positionH>
                <wp:positionV relativeFrom="paragraph">
                  <wp:posOffset>145415</wp:posOffset>
                </wp:positionV>
                <wp:extent cx="5591175" cy="1404620"/>
                <wp:effectExtent l="0" t="0" r="28575" b="16510"/>
                <wp:wrapSquare wrapText="bothSides"/>
                <wp:docPr id="129187115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C867AAE-E115-43E2-931A-F8DC3CF31AA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1175" cy="14046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35DDDF" w14:textId="77777777" w:rsidR="001C552D" w:rsidRPr="001C552D" w:rsidRDefault="001C552D" w:rsidP="001C552D">
                            <w:pPr>
                              <w:spacing w:after="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C552D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24"/>
                                <w:szCs w:val="24"/>
                              </w:rPr>
                              <w:t>🚨</w:t>
                            </w:r>
                            <w:r w:rsidRPr="001C552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Emergency Plan</w:t>
                            </w:r>
                          </w:p>
                          <w:p w14:paraId="468DB603" w14:textId="6B42C621" w:rsidR="001C552D" w:rsidRDefault="001C552D" w:rsidP="001C552D">
                            <w:pPr>
                              <w:spacing w:after="0"/>
                            </w:pPr>
                            <w:r>
                              <w:t>If you are in immediate danger of hurting yourself, cannot keep yourself safe, or require urgent medical attention</w:t>
                            </w:r>
                            <w:r w:rsidR="00917046">
                              <w:t xml:space="preserve"> always</w:t>
                            </w:r>
                            <w:r>
                              <w:t>:</w:t>
                            </w:r>
                          </w:p>
                          <w:p w14:paraId="458C70A0" w14:textId="77777777" w:rsidR="001C552D" w:rsidRDefault="001C552D" w:rsidP="001C552D">
                            <w:pPr>
                              <w:spacing w:after="0"/>
                            </w:pPr>
                            <w:r>
                              <w:t>• Call Triple Zero (000) immediately for an ambulance.</w:t>
                            </w:r>
                          </w:p>
                          <w:p w14:paraId="606B9C32" w14:textId="616E68C3" w:rsidR="001C552D" w:rsidRDefault="001C552D" w:rsidP="001C552D">
                            <w:pPr>
                              <w:spacing w:after="0"/>
                            </w:pPr>
                            <w:r>
                              <w:t xml:space="preserve">• </w:t>
                            </w:r>
                            <w:r w:rsidR="00917046">
                              <w:t>Ask someone to take you to the</w:t>
                            </w:r>
                            <w:r>
                              <w:t xml:space="preserve"> nearest hospital emergency department.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roundrect w14:anchorId="242675A2" id="_x0000_s1027" style="position:absolute;margin-left:15.3pt;margin-top:11.45pt;width:440.2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" fillcolor="#e5dfec [663]" strokecolor="#3f3151 [1607]" strokeweight="2pt">
                <v:textbox style="mso-fit-shape-to-text:t">
                  <w:txbxContent>
                    <w:p w14:paraId="6D35DDDF" w14:textId="77777777" w:rsidR="001C552D" w:rsidRPr="001C552D" w:rsidRDefault="001C552D" w:rsidP="001C552D">
                      <w:pPr>
                        <w:spacing w:after="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1C552D">
                        <w:rPr>
                          <w:rFonts w:ascii="Segoe UI Emoji" w:hAnsi="Segoe UI Emoji" w:cs="Segoe UI Emoji"/>
                          <w:b/>
                          <w:bCs/>
                          <w:sz w:val="24"/>
                          <w:szCs w:val="24"/>
                        </w:rPr>
                        <w:t>🚨</w:t>
                      </w:r>
                      <w:r w:rsidRPr="001C552D">
                        <w:rPr>
                          <w:b/>
                          <w:bCs/>
                          <w:sz w:val="24"/>
                          <w:szCs w:val="24"/>
                        </w:rPr>
                        <w:t xml:space="preserve"> Emergency Plan</w:t>
                      </w:r>
                    </w:p>
                    <w:p w14:paraId="468DB603" w14:textId="6B42C621" w:rsidR="001C552D" w:rsidRDefault="001C552D" w:rsidP="001C552D">
                      <w:pPr>
                        <w:spacing w:after="0"/>
                      </w:pPr>
                      <w:r>
                        <w:t>If you are in immediate danger of hurting yourself, cannot keep yourself safe, or require urgent medical attention</w:t>
                      </w:r>
                      <w:r w:rsidR="00917046">
                        <w:t xml:space="preserve"> always</w:t>
                      </w:r>
                      <w:r>
                        <w:t>:</w:t>
                      </w:r>
                    </w:p>
                    <w:p w14:paraId="458C70A0" w14:textId="77777777" w:rsidR="001C552D" w:rsidRDefault="001C552D" w:rsidP="001C552D">
                      <w:pPr>
                        <w:spacing w:after="0"/>
                      </w:pPr>
                      <w:r>
                        <w:t>• Call Triple Zero (000) immediately for an ambulance.</w:t>
                      </w:r>
                    </w:p>
                    <w:p w14:paraId="606B9C32" w14:textId="616E68C3" w:rsidR="001C552D" w:rsidRDefault="001C552D" w:rsidP="001C552D">
                      <w:pPr>
                        <w:spacing w:after="0"/>
                      </w:pPr>
                      <w:r>
                        <w:t xml:space="preserve">• </w:t>
                      </w:r>
                      <w:r w:rsidR="00917046">
                        <w:t>Ask someone to take you to the</w:t>
                      </w:r>
                      <w:r>
                        <w:t xml:space="preserve"> nearest hospital emergency department.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sectPr w:rsidR="00D059E4" w:rsidSect="00456B1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360" w:right="864" w:bottom="360" w:left="864" w:header="360" w:footer="2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EAE4" w14:textId="77777777" w:rsidR="008C4D47" w:rsidRDefault="008C4D47" w:rsidP="003443AF">
      <w:pPr>
        <w:spacing w:after="0" w:line="240" w:lineRule="auto"/>
      </w:pPr>
      <w:r>
        <w:separator/>
      </w:r>
    </w:p>
  </w:endnote>
  <w:endnote w:type="continuationSeparator" w:id="0">
    <w:p w14:paraId="52FAA6FA" w14:textId="77777777" w:rsidR="008C4D47" w:rsidRDefault="008C4D47" w:rsidP="0034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85AC4" w14:textId="77777777" w:rsidR="00D54DD6" w:rsidRDefault="00D54DD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6B53" w14:textId="5A70E1C8" w:rsidR="00DB4E36" w:rsidRDefault="00CE59F4" w:rsidP="008622C8">
    <w:pPr>
      <w:pStyle w:val="Footer"/>
      <w:jc w:val="right"/>
    </w:pPr>
    <w:r>
      <w:rPr>
        <w:noProof/>
      </w:rPr>
      <w:drawing>
        <wp:inline distT="0" distB="0" distL="0" distR="0" wp14:anchorId="6A5DF156" wp14:editId="3792AD05">
          <wp:extent cx="1388145" cy="590550"/>
          <wp:effectExtent l="0" t="0" r="2540" b="0"/>
          <wp:docPr id="1107355096" name="Picture 2">
            <a:extLst xmlns:a="http://schemas.openxmlformats.org/drawingml/2006/main">
              <a:ext uri="{FF2B5EF4-FFF2-40B4-BE49-F238E27FC236}">
                <a16:creationId xmlns:a16="http://schemas.microsoft.com/office/drawing/2014/main" id="{87FB42AA-5D5D-4F1F-BB6A-82EABCCBBE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8657" cy="595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BFA034" w14:textId="652B3E0F" w:rsidR="00DB4E36" w:rsidRPr="00A32F2A" w:rsidRDefault="00DB4E36" w:rsidP="008622C8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www.linkintolife.com.au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00C33" w14:textId="77777777" w:rsidR="00D54DD6" w:rsidRDefault="00D54D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FB1BB" w14:textId="77777777" w:rsidR="008C4D47" w:rsidRDefault="008C4D47" w:rsidP="003443AF">
      <w:pPr>
        <w:spacing w:after="0" w:line="240" w:lineRule="auto"/>
      </w:pPr>
      <w:r>
        <w:separator/>
      </w:r>
    </w:p>
  </w:footnote>
  <w:footnote w:type="continuationSeparator" w:id="0">
    <w:p w14:paraId="1A835789" w14:textId="77777777" w:rsidR="008C4D47" w:rsidRDefault="008C4D47" w:rsidP="0034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B3683" w14:textId="77777777" w:rsidR="00D54DD6" w:rsidRDefault="00D54D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2EAD" w14:textId="77777777" w:rsidR="00D54DD6" w:rsidRDefault="00D54D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02BAC" w14:textId="77777777" w:rsidR="00D54DD6" w:rsidRDefault="00D54D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C5C7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3527C4"/>
    <w:multiLevelType w:val="multilevel"/>
    <w:tmpl w:val="69E27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5004BE"/>
    <w:multiLevelType w:val="multilevel"/>
    <w:tmpl w:val="3558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B438DC"/>
    <w:multiLevelType w:val="multilevel"/>
    <w:tmpl w:val="2764B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347083"/>
    <w:multiLevelType w:val="hybridMultilevel"/>
    <w:tmpl w:val="52444E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14C70"/>
    <w:multiLevelType w:val="multilevel"/>
    <w:tmpl w:val="68AA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581A78"/>
    <w:multiLevelType w:val="multilevel"/>
    <w:tmpl w:val="6AA4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E7242"/>
    <w:multiLevelType w:val="multilevel"/>
    <w:tmpl w:val="3CCE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003317">
    <w:abstractNumId w:val="7"/>
  </w:num>
  <w:num w:numId="2" w16cid:durableId="1288656876">
    <w:abstractNumId w:val="15"/>
  </w:num>
  <w:num w:numId="3" w16cid:durableId="1299140270">
    <w:abstractNumId w:val="3"/>
  </w:num>
  <w:num w:numId="4" w16cid:durableId="13894361">
    <w:abstractNumId w:val="4"/>
  </w:num>
  <w:num w:numId="5" w16cid:durableId="1714649881">
    <w:abstractNumId w:val="1"/>
  </w:num>
  <w:num w:numId="6" w16cid:durableId="1807623164">
    <w:abstractNumId w:val="9"/>
  </w:num>
  <w:num w:numId="7" w16cid:durableId="191575359">
    <w:abstractNumId w:val="11"/>
  </w:num>
  <w:num w:numId="8" w16cid:durableId="220485714">
    <w:abstractNumId w:val="2"/>
  </w:num>
  <w:num w:numId="9" w16cid:durableId="274483785">
    <w:abstractNumId w:val="6"/>
  </w:num>
  <w:num w:numId="10" w16cid:durableId="460458854">
    <w:abstractNumId w:val="14"/>
  </w:num>
  <w:num w:numId="11" w16cid:durableId="560215255">
    <w:abstractNumId w:val="10"/>
  </w:num>
  <w:num w:numId="12" w16cid:durableId="57293457">
    <w:abstractNumId w:val="13"/>
  </w:num>
  <w:num w:numId="13" w16cid:durableId="649481767">
    <w:abstractNumId w:val="0"/>
  </w:num>
  <w:num w:numId="14" w16cid:durableId="666441653">
    <w:abstractNumId w:val="8"/>
  </w:num>
  <w:num w:numId="15" w16cid:durableId="775098213">
    <w:abstractNumId w:val="5"/>
  </w:num>
  <w:num w:numId="16" w16cid:durableId="869605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F11"/>
    <w:rsid w:val="00012915"/>
    <w:rsid w:val="000208FA"/>
    <w:rsid w:val="00022B0F"/>
    <w:rsid w:val="00031C4C"/>
    <w:rsid w:val="00034616"/>
    <w:rsid w:val="0006063C"/>
    <w:rsid w:val="00077824"/>
    <w:rsid w:val="000A1727"/>
    <w:rsid w:val="000A2337"/>
    <w:rsid w:val="000A6F77"/>
    <w:rsid w:val="000A7BB7"/>
    <w:rsid w:val="000C2CE5"/>
    <w:rsid w:val="000E488A"/>
    <w:rsid w:val="000F2BDB"/>
    <w:rsid w:val="00110179"/>
    <w:rsid w:val="00124EB0"/>
    <w:rsid w:val="00133E67"/>
    <w:rsid w:val="00134082"/>
    <w:rsid w:val="001405F3"/>
    <w:rsid w:val="0015074B"/>
    <w:rsid w:val="001639C5"/>
    <w:rsid w:val="00174F71"/>
    <w:rsid w:val="00183D08"/>
    <w:rsid w:val="0019705A"/>
    <w:rsid w:val="001B6C38"/>
    <w:rsid w:val="001C552D"/>
    <w:rsid w:val="001F3BBB"/>
    <w:rsid w:val="0024039A"/>
    <w:rsid w:val="00241543"/>
    <w:rsid w:val="00242551"/>
    <w:rsid w:val="0025067E"/>
    <w:rsid w:val="00272772"/>
    <w:rsid w:val="00275E1C"/>
    <w:rsid w:val="0029043F"/>
    <w:rsid w:val="00293D0A"/>
    <w:rsid w:val="00295783"/>
    <w:rsid w:val="0029639D"/>
    <w:rsid w:val="002A2AE7"/>
    <w:rsid w:val="002B7679"/>
    <w:rsid w:val="002C3295"/>
    <w:rsid w:val="002C5FA1"/>
    <w:rsid w:val="002D1B93"/>
    <w:rsid w:val="002D4DD9"/>
    <w:rsid w:val="00326F90"/>
    <w:rsid w:val="00332346"/>
    <w:rsid w:val="003443AF"/>
    <w:rsid w:val="00345991"/>
    <w:rsid w:val="0037321F"/>
    <w:rsid w:val="00392690"/>
    <w:rsid w:val="00396213"/>
    <w:rsid w:val="003A2439"/>
    <w:rsid w:val="003A7D27"/>
    <w:rsid w:val="003B1F3C"/>
    <w:rsid w:val="003B7BD8"/>
    <w:rsid w:val="003C715A"/>
    <w:rsid w:val="003E2620"/>
    <w:rsid w:val="00405E7C"/>
    <w:rsid w:val="00423B92"/>
    <w:rsid w:val="00427C37"/>
    <w:rsid w:val="004329F3"/>
    <w:rsid w:val="00443DEC"/>
    <w:rsid w:val="00452D49"/>
    <w:rsid w:val="00456B11"/>
    <w:rsid w:val="00462A5E"/>
    <w:rsid w:val="00463CCC"/>
    <w:rsid w:val="00481F9A"/>
    <w:rsid w:val="00482D1B"/>
    <w:rsid w:val="00487AD7"/>
    <w:rsid w:val="00497C66"/>
    <w:rsid w:val="004C51E4"/>
    <w:rsid w:val="004F24BC"/>
    <w:rsid w:val="00501CEA"/>
    <w:rsid w:val="00502459"/>
    <w:rsid w:val="00502D33"/>
    <w:rsid w:val="00523297"/>
    <w:rsid w:val="00523494"/>
    <w:rsid w:val="00524786"/>
    <w:rsid w:val="00530065"/>
    <w:rsid w:val="0054280F"/>
    <w:rsid w:val="00543CE5"/>
    <w:rsid w:val="00595078"/>
    <w:rsid w:val="005A2ACA"/>
    <w:rsid w:val="005E0950"/>
    <w:rsid w:val="005F118F"/>
    <w:rsid w:val="006570B7"/>
    <w:rsid w:val="00667843"/>
    <w:rsid w:val="00674752"/>
    <w:rsid w:val="00675433"/>
    <w:rsid w:val="006A07F8"/>
    <w:rsid w:val="006A1402"/>
    <w:rsid w:val="006B22FA"/>
    <w:rsid w:val="006C1ED3"/>
    <w:rsid w:val="006E0297"/>
    <w:rsid w:val="007067E2"/>
    <w:rsid w:val="00724086"/>
    <w:rsid w:val="007321AB"/>
    <w:rsid w:val="00734425"/>
    <w:rsid w:val="00735667"/>
    <w:rsid w:val="007403D2"/>
    <w:rsid w:val="00740C67"/>
    <w:rsid w:val="00741F4E"/>
    <w:rsid w:val="00744809"/>
    <w:rsid w:val="00746F57"/>
    <w:rsid w:val="00751C03"/>
    <w:rsid w:val="00762A34"/>
    <w:rsid w:val="007720EB"/>
    <w:rsid w:val="00773768"/>
    <w:rsid w:val="00776BBD"/>
    <w:rsid w:val="0079000B"/>
    <w:rsid w:val="00796A7E"/>
    <w:rsid w:val="007A31B3"/>
    <w:rsid w:val="007C2F01"/>
    <w:rsid w:val="007D497C"/>
    <w:rsid w:val="008074FB"/>
    <w:rsid w:val="00811BD0"/>
    <w:rsid w:val="00820445"/>
    <w:rsid w:val="00831E40"/>
    <w:rsid w:val="00845D01"/>
    <w:rsid w:val="0085693B"/>
    <w:rsid w:val="008622C8"/>
    <w:rsid w:val="00862338"/>
    <w:rsid w:val="00877917"/>
    <w:rsid w:val="008A4037"/>
    <w:rsid w:val="008B395A"/>
    <w:rsid w:val="008C4D47"/>
    <w:rsid w:val="008D3DCE"/>
    <w:rsid w:val="008E5245"/>
    <w:rsid w:val="008F5EA0"/>
    <w:rsid w:val="00917046"/>
    <w:rsid w:val="00935958"/>
    <w:rsid w:val="00955F63"/>
    <w:rsid w:val="009945C1"/>
    <w:rsid w:val="00994E89"/>
    <w:rsid w:val="009965D0"/>
    <w:rsid w:val="009A2581"/>
    <w:rsid w:val="009B5127"/>
    <w:rsid w:val="009E6B09"/>
    <w:rsid w:val="00A077BA"/>
    <w:rsid w:val="00A13764"/>
    <w:rsid w:val="00A17962"/>
    <w:rsid w:val="00A26EF2"/>
    <w:rsid w:val="00A32F2A"/>
    <w:rsid w:val="00A368F3"/>
    <w:rsid w:val="00A44D4E"/>
    <w:rsid w:val="00A45351"/>
    <w:rsid w:val="00A45BB4"/>
    <w:rsid w:val="00A7122A"/>
    <w:rsid w:val="00A758CA"/>
    <w:rsid w:val="00A85691"/>
    <w:rsid w:val="00AA1D8D"/>
    <w:rsid w:val="00AB26F5"/>
    <w:rsid w:val="00AD15B9"/>
    <w:rsid w:val="00AD16BE"/>
    <w:rsid w:val="00AD382A"/>
    <w:rsid w:val="00AE1330"/>
    <w:rsid w:val="00B0040C"/>
    <w:rsid w:val="00B025D6"/>
    <w:rsid w:val="00B12F83"/>
    <w:rsid w:val="00B15C83"/>
    <w:rsid w:val="00B23E57"/>
    <w:rsid w:val="00B409AF"/>
    <w:rsid w:val="00B4340C"/>
    <w:rsid w:val="00B47730"/>
    <w:rsid w:val="00B959E1"/>
    <w:rsid w:val="00BB2B0D"/>
    <w:rsid w:val="00BB621D"/>
    <w:rsid w:val="00BD319A"/>
    <w:rsid w:val="00C01865"/>
    <w:rsid w:val="00C17323"/>
    <w:rsid w:val="00C231FD"/>
    <w:rsid w:val="00C25AD4"/>
    <w:rsid w:val="00C408F4"/>
    <w:rsid w:val="00C41549"/>
    <w:rsid w:val="00C4325A"/>
    <w:rsid w:val="00C4604F"/>
    <w:rsid w:val="00C729AB"/>
    <w:rsid w:val="00C75AE8"/>
    <w:rsid w:val="00C823C5"/>
    <w:rsid w:val="00CA7FA6"/>
    <w:rsid w:val="00CB0664"/>
    <w:rsid w:val="00CC15CC"/>
    <w:rsid w:val="00CE5976"/>
    <w:rsid w:val="00CE59F4"/>
    <w:rsid w:val="00CF14A3"/>
    <w:rsid w:val="00CF727B"/>
    <w:rsid w:val="00D017C3"/>
    <w:rsid w:val="00D02034"/>
    <w:rsid w:val="00D059E4"/>
    <w:rsid w:val="00D43A26"/>
    <w:rsid w:val="00D53FA4"/>
    <w:rsid w:val="00D54DD6"/>
    <w:rsid w:val="00D622AC"/>
    <w:rsid w:val="00D72632"/>
    <w:rsid w:val="00D75C37"/>
    <w:rsid w:val="00D767CA"/>
    <w:rsid w:val="00D86DA7"/>
    <w:rsid w:val="00D910B3"/>
    <w:rsid w:val="00DB4E36"/>
    <w:rsid w:val="00DB6DA5"/>
    <w:rsid w:val="00DC3D07"/>
    <w:rsid w:val="00DC550E"/>
    <w:rsid w:val="00DD2547"/>
    <w:rsid w:val="00DD69F6"/>
    <w:rsid w:val="00E023AC"/>
    <w:rsid w:val="00E06A98"/>
    <w:rsid w:val="00E119D7"/>
    <w:rsid w:val="00E317E9"/>
    <w:rsid w:val="00E3613D"/>
    <w:rsid w:val="00E455B2"/>
    <w:rsid w:val="00E60A27"/>
    <w:rsid w:val="00E66F54"/>
    <w:rsid w:val="00E84E19"/>
    <w:rsid w:val="00EA1652"/>
    <w:rsid w:val="00EC0FFA"/>
    <w:rsid w:val="00EC1D31"/>
    <w:rsid w:val="00EC25F2"/>
    <w:rsid w:val="00EC465E"/>
    <w:rsid w:val="00ED025D"/>
    <w:rsid w:val="00ED2ECE"/>
    <w:rsid w:val="00F06C3B"/>
    <w:rsid w:val="00F21093"/>
    <w:rsid w:val="00F26933"/>
    <w:rsid w:val="00F4270F"/>
    <w:rsid w:val="00F4352A"/>
    <w:rsid w:val="00F43CB4"/>
    <w:rsid w:val="00F65F8A"/>
    <w:rsid w:val="00F66B2B"/>
    <w:rsid w:val="00F8254E"/>
    <w:rsid w:val="00F84D04"/>
    <w:rsid w:val="00F9798A"/>
    <w:rsid w:val="00FA0AC9"/>
    <w:rsid w:val="00FA2A69"/>
    <w:rsid w:val="00FA30D9"/>
    <w:rsid w:val="00FC693F"/>
    <w:rsid w:val="00FD300E"/>
    <w:rsid w:val="00FE1CCA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453B45"/>
  <w14:defaultImageDpi w14:val="300"/>
  <w15:docId w15:val="{287776CD-3AE9-4886-A58D-6E5511A5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F2109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en-AU" w:eastAsia="en-AU"/>
      <w14:ligatures w14:val="standardContextual"/>
    </w:rPr>
  </w:style>
  <w:style w:type="table" w:styleId="GridTable4-Accent1">
    <w:name w:val="Grid Table 4 Accent 1"/>
    <w:basedOn w:val="TableNormal"/>
    <w:uiPriority w:val="49"/>
    <w:rsid w:val="00A077B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82EFB499E3B54998A81B2ED918CEA6" ma:contentTypeVersion="15" ma:contentTypeDescription="Create a new document." ma:contentTypeScope="" ma:versionID="1525460f3738947bcfa34700e137c958">
  <xsd:schema xmlns:xsd="http://www.w3.org/2001/XMLSchema" xmlns:xs="http://www.w3.org/2001/XMLSchema" xmlns:p="http://schemas.microsoft.com/office/2006/metadata/properties" xmlns:ns2="c7e5fcb4-3402-494b-a167-7d849c005945" xmlns:ns3="53335f9e-acaa-442f-8684-d71ce048d099" targetNamespace="http://schemas.microsoft.com/office/2006/metadata/properties" ma:root="true" ma:fieldsID="a02380e394f6aa4469b2440e5a67710a" ns2:_="" ns3:_="">
    <xsd:import namespace="c7e5fcb4-3402-494b-a167-7d849c005945"/>
    <xsd:import namespace="53335f9e-acaa-442f-8684-d71ce048d0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5fcb4-3402-494b-a167-7d849c005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56fab9c-ee34-4960-9b95-a7b873ebfe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335f9e-acaa-442f-8684-d71ce048d0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e38ffe-882d-4a24-9891-560699f24eb9}" ma:internalName="TaxCatchAll" ma:showField="CatchAllData" ma:web="53335f9e-acaa-442f-8684-d71ce048d0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335f9e-acaa-442f-8684-d71ce048d099" xsi:nil="true"/>
    <lcf76f155ced4ddcb4097134ff3c332f xmlns="c7e5fcb4-3402-494b-a167-7d849c00594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7B34E-E5A5-48BD-8192-2569A80255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5fcb4-3402-494b-a167-7d849c005945"/>
    <ds:schemaRef ds:uri="53335f9e-acaa-442f-8684-d71ce048d0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48C8D3-40A8-4500-A670-295B27AD3CF8}">
  <ds:schemaRefs>
    <ds:schemaRef ds:uri="http://schemas.microsoft.com/office/2006/metadata/properties"/>
    <ds:schemaRef ds:uri="http://schemas.microsoft.com/office/infopath/2007/PartnerControls"/>
    <ds:schemaRef ds:uri="53335f9e-acaa-442f-8684-d71ce048d099"/>
    <ds:schemaRef ds:uri="c7e5fcb4-3402-494b-a167-7d849c005945"/>
  </ds:schemaRefs>
</ds:datastoreItem>
</file>

<file path=customXml/itemProps4.xml><?xml version="1.0" encoding="utf-8"?>
<ds:datastoreItem xmlns:ds="http://schemas.openxmlformats.org/officeDocument/2006/customXml" ds:itemID="{0C79DA3A-FEF2-4690-A35C-C9B6E3049F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166</cp:revision>
  <cp:lastPrinted>2026-08-26T00:31:00Z</cp:lastPrinted>
  <dcterms:created xsi:type="dcterms:W3CDTF">2026-08-14T09:11:00Z</dcterms:created>
  <dcterms:modified xsi:type="dcterms:W3CDTF">2026-08-26T00:31:00Z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0x0101005182EFB499E3B54998A81B2ED918CEA6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